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65AE" w:rsidRPr="006C65AE" w:rsidRDefault="006C65AE" w:rsidP="006C65AE">
      <w:pPr>
        <w:spacing w:after="0" w:line="240" w:lineRule="auto"/>
        <w:jc w:val="right"/>
        <w:rPr>
          <w:rFonts w:eastAsia="Times New Roman" w:cs="Times New Roman"/>
          <w:b/>
          <w:bCs/>
          <w:iCs/>
          <w:sz w:val="28"/>
          <w:szCs w:val="28"/>
          <w:lang w:val="ru-RU" w:eastAsia="ru-RU"/>
        </w:rPr>
      </w:pPr>
      <w:r>
        <w:rPr>
          <w:b/>
          <w:sz w:val="26"/>
          <w:lang w:val="ru-RU"/>
        </w:rPr>
        <w:tab/>
      </w:r>
      <w:r w:rsidRPr="006C65AE">
        <w:rPr>
          <w:rFonts w:eastAsia="Times New Roman" w:cs="Times New Roman"/>
          <w:b/>
          <w:bCs/>
          <w:iCs/>
          <w:sz w:val="28"/>
          <w:szCs w:val="28"/>
          <w:lang w:val="ru-RU" w:eastAsia="ru-RU"/>
        </w:rPr>
        <w:t>Утверждаю</w:t>
      </w:r>
    </w:p>
    <w:p w:rsidR="006C65AE" w:rsidRPr="006C65AE" w:rsidRDefault="006C65AE" w:rsidP="006C65AE">
      <w:pPr>
        <w:spacing w:after="0" w:line="240" w:lineRule="auto"/>
        <w:jc w:val="right"/>
        <w:rPr>
          <w:rFonts w:eastAsia="Times New Roman" w:cs="Times New Roman"/>
          <w:b/>
          <w:bCs/>
          <w:iCs/>
          <w:sz w:val="28"/>
          <w:szCs w:val="28"/>
          <w:lang w:val="ru-RU" w:eastAsia="ru-RU"/>
        </w:rPr>
      </w:pPr>
      <w:r w:rsidRPr="006C65AE">
        <w:rPr>
          <w:rFonts w:eastAsia="Times New Roman" w:cs="Times New Roman"/>
          <w:b/>
          <w:bCs/>
          <w:iCs/>
          <w:sz w:val="28"/>
          <w:szCs w:val="28"/>
          <w:lang w:val="ru-RU" w:eastAsia="ru-RU"/>
        </w:rPr>
        <w:t>Директор школы:</w:t>
      </w:r>
    </w:p>
    <w:p w:rsidR="006C65AE" w:rsidRDefault="006C65AE" w:rsidP="006C65AE">
      <w:pPr>
        <w:spacing w:after="0" w:line="240" w:lineRule="auto"/>
        <w:jc w:val="right"/>
        <w:rPr>
          <w:rFonts w:eastAsia="Times New Roman" w:cs="Times New Roman"/>
          <w:b/>
          <w:bCs/>
          <w:iCs/>
          <w:sz w:val="28"/>
          <w:szCs w:val="28"/>
          <w:lang w:val="ru-RU" w:eastAsia="ru-RU"/>
        </w:rPr>
      </w:pPr>
      <w:r w:rsidRPr="006C65AE">
        <w:rPr>
          <w:rFonts w:eastAsia="Times New Roman" w:cs="Times New Roman"/>
          <w:b/>
          <w:bCs/>
          <w:iCs/>
          <w:sz w:val="28"/>
          <w:szCs w:val="28"/>
          <w:lang w:val="ru-RU" w:eastAsia="ru-RU"/>
        </w:rPr>
        <w:t>_________</w:t>
      </w:r>
      <w:proofErr w:type="spellStart"/>
      <w:r w:rsidRPr="006C65AE">
        <w:rPr>
          <w:rFonts w:eastAsia="Times New Roman" w:cs="Times New Roman"/>
          <w:b/>
          <w:bCs/>
          <w:iCs/>
          <w:sz w:val="28"/>
          <w:szCs w:val="28"/>
          <w:lang w:val="ru-RU" w:eastAsia="ru-RU"/>
        </w:rPr>
        <w:t>Каренова</w:t>
      </w:r>
      <w:proofErr w:type="spellEnd"/>
      <w:r w:rsidRPr="006C65AE">
        <w:rPr>
          <w:rFonts w:eastAsia="Times New Roman" w:cs="Times New Roman"/>
          <w:b/>
          <w:bCs/>
          <w:iCs/>
          <w:sz w:val="28"/>
          <w:szCs w:val="28"/>
          <w:lang w:val="ru-RU" w:eastAsia="ru-RU"/>
        </w:rPr>
        <w:t xml:space="preserve"> Р.К.</w:t>
      </w:r>
    </w:p>
    <w:p w:rsidR="006C65AE" w:rsidRPr="006C65AE" w:rsidRDefault="006C65AE" w:rsidP="006C65AE">
      <w:pPr>
        <w:spacing w:after="0" w:line="240" w:lineRule="auto"/>
        <w:jc w:val="right"/>
        <w:rPr>
          <w:rFonts w:eastAsia="Times New Roman" w:cs="Times New Roman"/>
          <w:b/>
          <w:bCs/>
          <w:i/>
          <w:sz w:val="48"/>
          <w:szCs w:val="48"/>
          <w:lang w:val="ru-RU" w:eastAsia="ru-RU"/>
        </w:rPr>
      </w:pPr>
      <w:r>
        <w:rPr>
          <w:rFonts w:eastAsia="Times New Roman" w:cs="Times New Roman"/>
          <w:b/>
          <w:bCs/>
          <w:iCs/>
          <w:sz w:val="28"/>
          <w:szCs w:val="28"/>
          <w:lang w:val="ru-RU" w:eastAsia="ru-RU"/>
        </w:rPr>
        <w:t>______________________</w:t>
      </w:r>
    </w:p>
    <w:p w:rsidR="006C65AE" w:rsidRDefault="006C65AE">
      <w:pPr>
        <w:jc w:val="center"/>
        <w:rPr>
          <w:b/>
          <w:sz w:val="26"/>
          <w:lang w:val="ru-RU"/>
        </w:rPr>
      </w:pPr>
    </w:p>
    <w:p w:rsidR="00D7431A" w:rsidRPr="00CE77AE" w:rsidRDefault="00396B8F">
      <w:pPr>
        <w:jc w:val="center"/>
        <w:rPr>
          <w:lang w:val="ru-RU"/>
        </w:rPr>
      </w:pPr>
      <w:r w:rsidRPr="00CE77AE">
        <w:rPr>
          <w:b/>
          <w:sz w:val="26"/>
          <w:lang w:val="ru-RU"/>
        </w:rPr>
        <w:t>ПЛАН РАБОТЫ</w:t>
      </w:r>
      <w:r w:rsidRPr="00CE77AE">
        <w:rPr>
          <w:b/>
          <w:sz w:val="26"/>
          <w:lang w:val="ru-RU"/>
        </w:rPr>
        <w:br/>
        <w:t>СЛУЖБЫ ПСИХОЛОГО-ПЕДАГОГИЧЕСКОГО СОПРОВОЖДЕНИЯ (СППС)</w:t>
      </w:r>
      <w:r w:rsidRPr="00CE77AE">
        <w:rPr>
          <w:b/>
          <w:sz w:val="26"/>
          <w:lang w:val="ru-RU"/>
        </w:rPr>
        <w:br/>
      </w:r>
      <w:r w:rsidR="006C65AE">
        <w:rPr>
          <w:b/>
          <w:sz w:val="26"/>
          <w:lang w:val="ru-RU"/>
        </w:rPr>
        <w:t xml:space="preserve"> в вечерней школе </w:t>
      </w:r>
      <w:r w:rsidRPr="00CE77AE">
        <w:rPr>
          <w:b/>
          <w:sz w:val="26"/>
          <w:lang w:val="ru-RU"/>
        </w:rPr>
        <w:t>на 2026–2027 учебный год</w:t>
      </w:r>
    </w:p>
    <w:p w:rsidR="00D7431A" w:rsidRPr="00396B8F" w:rsidRDefault="00396B8F">
      <w:pPr>
        <w:spacing w:after="60"/>
        <w:rPr>
          <w:rFonts w:cs="Times New Roman"/>
          <w:sz w:val="24"/>
          <w:szCs w:val="24"/>
          <w:lang w:val="ru-RU"/>
        </w:rPr>
      </w:pPr>
      <w:r w:rsidRPr="00396B8F">
        <w:rPr>
          <w:rFonts w:cs="Times New Roman"/>
          <w:b/>
          <w:sz w:val="24"/>
          <w:szCs w:val="24"/>
          <w:lang w:val="ru-RU"/>
        </w:rPr>
        <w:t xml:space="preserve">Цель: </w:t>
      </w:r>
      <w:r w:rsidRPr="00396B8F">
        <w:rPr>
          <w:rFonts w:cs="Times New Roman"/>
          <w:sz w:val="24"/>
          <w:szCs w:val="24"/>
          <w:lang w:val="ru-RU"/>
        </w:rPr>
        <w:t>создание социально-психологических и педагогических условий для успешного обучения, развития, социализации и психологического благополучия несовершеннолетних обучающихся; своевременное выявление трудностей и организация необходимой поддержки.</w:t>
      </w:r>
    </w:p>
    <w:p w:rsidR="00D7431A" w:rsidRPr="00396B8F" w:rsidRDefault="00396B8F">
      <w:pPr>
        <w:spacing w:after="60"/>
        <w:rPr>
          <w:rFonts w:cs="Times New Roman"/>
          <w:sz w:val="24"/>
          <w:szCs w:val="24"/>
          <w:lang w:val="ru-RU"/>
        </w:rPr>
      </w:pPr>
      <w:r w:rsidRPr="00396B8F">
        <w:rPr>
          <w:rFonts w:cs="Times New Roman"/>
          <w:b/>
          <w:sz w:val="24"/>
          <w:szCs w:val="24"/>
          <w:lang w:val="ru-RU"/>
        </w:rPr>
        <w:t xml:space="preserve">Задачи: </w:t>
      </w:r>
      <w:r w:rsidRPr="00396B8F">
        <w:rPr>
          <w:rFonts w:cs="Times New Roman"/>
          <w:sz w:val="24"/>
          <w:szCs w:val="24"/>
          <w:lang w:val="ru-RU"/>
        </w:rPr>
        <w:t>выявлять трудности в обучении, воспитании, развитии и социализации; организовывать диагностическую, консультативную, развивающую, профилактическую и просветительскую работу; обеспечивать взаимодействие администрации, педагога-психолога, социального педагога, классных руководителей и учителей-предметников; оказывать консультативно-методическую помощь педагогам и законным представителям; отслеживать динамику сопровождения.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458"/>
        <w:gridCol w:w="2167"/>
        <w:gridCol w:w="5649"/>
        <w:gridCol w:w="1796"/>
        <w:gridCol w:w="2797"/>
        <w:gridCol w:w="2599"/>
      </w:tblGrid>
      <w:tr w:rsidR="00D7431A" w:rsidRPr="00396B8F" w:rsidTr="00CE77AE">
        <w:trPr>
          <w:tblHeader/>
          <w:jc w:val="center"/>
        </w:trPr>
        <w:tc>
          <w:tcPr>
            <w:tcW w:w="454" w:type="dxa"/>
            <w:vAlign w:val="center"/>
          </w:tcPr>
          <w:p w:rsidR="00D7431A" w:rsidRPr="00396B8F" w:rsidRDefault="00396B8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396B8F">
              <w:rPr>
                <w:rFonts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086" w:type="dxa"/>
            <w:vAlign w:val="center"/>
          </w:tcPr>
          <w:p w:rsidR="00D7431A" w:rsidRPr="00396B8F" w:rsidRDefault="00396B8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396B8F">
              <w:rPr>
                <w:rFonts w:cs="Times New Roman"/>
                <w:b/>
                <w:sz w:val="24"/>
                <w:szCs w:val="24"/>
              </w:rPr>
              <w:t>Направление</w:t>
            </w:r>
          </w:p>
        </w:tc>
        <w:tc>
          <w:tcPr>
            <w:tcW w:w="5783" w:type="dxa"/>
            <w:vAlign w:val="center"/>
          </w:tcPr>
          <w:p w:rsidR="00D7431A" w:rsidRPr="00396B8F" w:rsidRDefault="00396B8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396B8F">
              <w:rPr>
                <w:rFonts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1587" w:type="dxa"/>
            <w:vAlign w:val="center"/>
          </w:tcPr>
          <w:p w:rsidR="00D7431A" w:rsidRPr="00396B8F" w:rsidRDefault="00396B8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396B8F">
              <w:rPr>
                <w:rFonts w:cs="Times New Roman"/>
                <w:b/>
                <w:sz w:val="24"/>
                <w:szCs w:val="24"/>
              </w:rPr>
              <w:t>Сроки</w:t>
            </w:r>
          </w:p>
        </w:tc>
        <w:tc>
          <w:tcPr>
            <w:tcW w:w="2835" w:type="dxa"/>
            <w:vAlign w:val="center"/>
          </w:tcPr>
          <w:p w:rsidR="00D7431A" w:rsidRPr="00396B8F" w:rsidRDefault="00396B8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396B8F">
              <w:rPr>
                <w:rFonts w:cs="Times New Roman"/>
                <w:b/>
                <w:sz w:val="24"/>
                <w:szCs w:val="24"/>
              </w:rPr>
              <w:t>Ответственные</w:t>
            </w:r>
          </w:p>
        </w:tc>
        <w:tc>
          <w:tcPr>
            <w:tcW w:w="2268" w:type="dxa"/>
            <w:vAlign w:val="center"/>
          </w:tcPr>
          <w:p w:rsidR="00D7431A" w:rsidRPr="00396B8F" w:rsidRDefault="00396B8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396B8F">
              <w:rPr>
                <w:rFonts w:cs="Times New Roman"/>
                <w:b/>
                <w:sz w:val="24"/>
                <w:szCs w:val="24"/>
              </w:rPr>
              <w:t>Форма/результат</w:t>
            </w:r>
          </w:p>
        </w:tc>
      </w:tr>
      <w:tr w:rsidR="00D7431A" w:rsidRPr="00396B8F" w:rsidTr="00CE77AE">
        <w:trPr>
          <w:jc w:val="center"/>
        </w:trPr>
        <w:tc>
          <w:tcPr>
            <w:tcW w:w="454" w:type="dxa"/>
            <w:vAlign w:val="center"/>
          </w:tcPr>
          <w:p w:rsidR="00D7431A" w:rsidRPr="00396B8F" w:rsidRDefault="00396B8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396B8F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2086" w:type="dxa"/>
            <w:vAlign w:val="center"/>
          </w:tcPr>
          <w:p w:rsidR="00D7431A" w:rsidRPr="00396B8F" w:rsidRDefault="00396B8F">
            <w:pPr>
              <w:rPr>
                <w:rFonts w:cs="Times New Roman"/>
                <w:sz w:val="24"/>
                <w:szCs w:val="24"/>
              </w:rPr>
            </w:pPr>
            <w:r w:rsidRPr="00396B8F">
              <w:rPr>
                <w:rFonts w:cs="Times New Roman"/>
                <w:sz w:val="24"/>
                <w:szCs w:val="24"/>
              </w:rPr>
              <w:t>Организационно-методическое</w:t>
            </w:r>
          </w:p>
        </w:tc>
        <w:tc>
          <w:tcPr>
            <w:tcW w:w="5783" w:type="dxa"/>
            <w:vAlign w:val="center"/>
          </w:tcPr>
          <w:p w:rsidR="00D7431A" w:rsidRPr="00396B8F" w:rsidRDefault="00396B8F" w:rsidP="009F5866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396B8F">
              <w:rPr>
                <w:rFonts w:cs="Times New Roman"/>
                <w:sz w:val="24"/>
                <w:szCs w:val="24"/>
                <w:lang w:val="ru-RU"/>
              </w:rPr>
              <w:t>Утверждение состава СППС, распределение функций, уточнение списка  несовершенноле</w:t>
            </w:r>
            <w:r w:rsidR="009F5866">
              <w:rPr>
                <w:rFonts w:cs="Times New Roman"/>
                <w:sz w:val="24"/>
                <w:szCs w:val="24"/>
                <w:lang w:val="ru-RU"/>
              </w:rPr>
              <w:t>тних обучающихся заочных классах</w:t>
            </w:r>
            <w:r w:rsidRPr="00396B8F">
              <w:rPr>
                <w:rFonts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587" w:type="dxa"/>
            <w:vAlign w:val="center"/>
          </w:tcPr>
          <w:p w:rsidR="00D7431A" w:rsidRPr="00396B8F" w:rsidRDefault="00396B8F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396B8F">
              <w:rPr>
                <w:rFonts w:cs="Times New Roman"/>
                <w:sz w:val="24"/>
                <w:szCs w:val="24"/>
              </w:rPr>
              <w:t>Сентябрь</w:t>
            </w:r>
            <w:proofErr w:type="spellEnd"/>
          </w:p>
        </w:tc>
        <w:tc>
          <w:tcPr>
            <w:tcW w:w="2835" w:type="dxa"/>
            <w:vAlign w:val="center"/>
          </w:tcPr>
          <w:p w:rsidR="00D7431A" w:rsidRPr="00396B8F" w:rsidRDefault="00396B8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396B8F">
              <w:rPr>
                <w:rFonts w:cs="Times New Roman"/>
                <w:sz w:val="24"/>
                <w:szCs w:val="24"/>
                <w:lang w:val="ru-RU"/>
              </w:rPr>
              <w:t>Директор, зам. директора по ВР</w:t>
            </w:r>
          </w:p>
        </w:tc>
        <w:tc>
          <w:tcPr>
            <w:tcW w:w="2268" w:type="dxa"/>
            <w:vAlign w:val="center"/>
          </w:tcPr>
          <w:p w:rsidR="00D7431A" w:rsidRPr="00396B8F" w:rsidRDefault="00396B8F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396B8F">
              <w:rPr>
                <w:rFonts w:cs="Times New Roman"/>
                <w:sz w:val="24"/>
                <w:szCs w:val="24"/>
              </w:rPr>
              <w:t>Приказ</w:t>
            </w:r>
            <w:proofErr w:type="spellEnd"/>
            <w:r w:rsidRPr="00396B8F">
              <w:rPr>
                <w:rFonts w:cs="Times New Roman"/>
                <w:sz w:val="24"/>
                <w:szCs w:val="24"/>
              </w:rPr>
              <w:t xml:space="preserve">, </w:t>
            </w:r>
            <w:proofErr w:type="spellStart"/>
            <w:r w:rsidRPr="00396B8F">
              <w:rPr>
                <w:rFonts w:cs="Times New Roman"/>
                <w:sz w:val="24"/>
                <w:szCs w:val="24"/>
              </w:rPr>
              <w:t>список</w:t>
            </w:r>
            <w:proofErr w:type="spellEnd"/>
            <w:r w:rsidRPr="00396B8F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396B8F">
              <w:rPr>
                <w:rFonts w:cs="Times New Roman"/>
                <w:sz w:val="24"/>
                <w:szCs w:val="24"/>
              </w:rPr>
              <w:t>обучающихся</w:t>
            </w:r>
            <w:proofErr w:type="spellEnd"/>
          </w:p>
        </w:tc>
      </w:tr>
      <w:tr w:rsidR="00D7431A" w:rsidRPr="00396B8F" w:rsidTr="00CE77AE">
        <w:trPr>
          <w:jc w:val="center"/>
        </w:trPr>
        <w:tc>
          <w:tcPr>
            <w:tcW w:w="454" w:type="dxa"/>
            <w:vAlign w:val="center"/>
          </w:tcPr>
          <w:p w:rsidR="00D7431A" w:rsidRPr="00396B8F" w:rsidRDefault="00396B8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396B8F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2086" w:type="dxa"/>
            <w:vAlign w:val="center"/>
          </w:tcPr>
          <w:p w:rsidR="00D7431A" w:rsidRPr="00396B8F" w:rsidRDefault="00396B8F">
            <w:pPr>
              <w:rPr>
                <w:rFonts w:cs="Times New Roman"/>
                <w:sz w:val="24"/>
                <w:szCs w:val="24"/>
              </w:rPr>
            </w:pPr>
            <w:r w:rsidRPr="00396B8F">
              <w:rPr>
                <w:rFonts w:cs="Times New Roman"/>
                <w:sz w:val="24"/>
                <w:szCs w:val="24"/>
              </w:rPr>
              <w:t>Организационно-методическое</w:t>
            </w:r>
          </w:p>
        </w:tc>
        <w:tc>
          <w:tcPr>
            <w:tcW w:w="5783" w:type="dxa"/>
            <w:vAlign w:val="center"/>
          </w:tcPr>
          <w:p w:rsidR="00D7431A" w:rsidRPr="00396B8F" w:rsidRDefault="00396B8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396B8F">
              <w:rPr>
                <w:rFonts w:cs="Times New Roman"/>
                <w:sz w:val="24"/>
                <w:szCs w:val="24"/>
                <w:lang w:val="ru-RU"/>
              </w:rPr>
              <w:t>Установочное заседание СППС: цели и задачи на учебный год, особенности контингента, определение обучающихся, требующих особого внимания и сопровождения.</w:t>
            </w:r>
          </w:p>
        </w:tc>
        <w:tc>
          <w:tcPr>
            <w:tcW w:w="1587" w:type="dxa"/>
            <w:vAlign w:val="center"/>
          </w:tcPr>
          <w:p w:rsidR="00D7431A" w:rsidRPr="00396B8F" w:rsidRDefault="00396B8F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396B8F">
              <w:rPr>
                <w:rFonts w:cs="Times New Roman"/>
                <w:sz w:val="24"/>
                <w:szCs w:val="24"/>
              </w:rPr>
              <w:t>Сентябрь</w:t>
            </w:r>
            <w:proofErr w:type="spellEnd"/>
          </w:p>
        </w:tc>
        <w:tc>
          <w:tcPr>
            <w:tcW w:w="2835" w:type="dxa"/>
            <w:vAlign w:val="center"/>
          </w:tcPr>
          <w:p w:rsidR="00D7431A" w:rsidRPr="00396B8F" w:rsidRDefault="00396B8F" w:rsidP="00144CDA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396B8F">
              <w:rPr>
                <w:rFonts w:cs="Times New Roman"/>
                <w:sz w:val="24"/>
                <w:szCs w:val="24"/>
                <w:lang w:val="ru-RU"/>
              </w:rPr>
              <w:t>Зам. директора по ВР, педаго</w:t>
            </w:r>
            <w:r w:rsidR="00144CDA">
              <w:rPr>
                <w:rFonts w:cs="Times New Roman"/>
                <w:sz w:val="24"/>
                <w:szCs w:val="24"/>
                <w:lang w:val="ru-RU"/>
              </w:rPr>
              <w:t>г-психолог, социальный педагог</w:t>
            </w:r>
          </w:p>
        </w:tc>
        <w:tc>
          <w:tcPr>
            <w:tcW w:w="2268" w:type="dxa"/>
            <w:vAlign w:val="center"/>
          </w:tcPr>
          <w:p w:rsidR="00D7431A" w:rsidRPr="00396B8F" w:rsidRDefault="00396B8F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396B8F">
              <w:rPr>
                <w:rFonts w:cs="Times New Roman"/>
                <w:sz w:val="24"/>
                <w:szCs w:val="24"/>
              </w:rPr>
              <w:t>Протокол</w:t>
            </w:r>
            <w:proofErr w:type="spellEnd"/>
            <w:r w:rsidRPr="00396B8F">
              <w:rPr>
                <w:rFonts w:cs="Times New Roman"/>
                <w:sz w:val="24"/>
                <w:szCs w:val="24"/>
              </w:rPr>
              <w:t xml:space="preserve">, </w:t>
            </w:r>
            <w:proofErr w:type="spellStart"/>
            <w:r w:rsidRPr="00396B8F">
              <w:rPr>
                <w:rFonts w:cs="Times New Roman"/>
                <w:sz w:val="24"/>
                <w:szCs w:val="24"/>
              </w:rPr>
              <w:t>решения</w:t>
            </w:r>
            <w:proofErr w:type="spellEnd"/>
            <w:r w:rsidRPr="00396B8F">
              <w:rPr>
                <w:rFonts w:cs="Times New Roman"/>
                <w:sz w:val="24"/>
                <w:szCs w:val="24"/>
              </w:rPr>
              <w:t xml:space="preserve"> СППС</w:t>
            </w:r>
          </w:p>
        </w:tc>
      </w:tr>
      <w:tr w:rsidR="00D7431A" w:rsidRPr="00396B8F" w:rsidTr="00CE77AE">
        <w:trPr>
          <w:jc w:val="center"/>
        </w:trPr>
        <w:tc>
          <w:tcPr>
            <w:tcW w:w="454" w:type="dxa"/>
            <w:vAlign w:val="center"/>
          </w:tcPr>
          <w:p w:rsidR="00D7431A" w:rsidRPr="00396B8F" w:rsidRDefault="00396B8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396B8F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2086" w:type="dxa"/>
            <w:vAlign w:val="center"/>
          </w:tcPr>
          <w:p w:rsidR="00D7431A" w:rsidRPr="00396B8F" w:rsidRDefault="00396B8F">
            <w:pPr>
              <w:rPr>
                <w:rFonts w:cs="Times New Roman"/>
                <w:sz w:val="24"/>
                <w:szCs w:val="24"/>
              </w:rPr>
            </w:pPr>
            <w:r w:rsidRPr="00396B8F">
              <w:rPr>
                <w:rFonts w:cs="Times New Roman"/>
                <w:sz w:val="24"/>
                <w:szCs w:val="24"/>
              </w:rPr>
              <w:t>Диагностическое</w:t>
            </w:r>
          </w:p>
        </w:tc>
        <w:tc>
          <w:tcPr>
            <w:tcW w:w="5783" w:type="dxa"/>
            <w:vAlign w:val="center"/>
          </w:tcPr>
          <w:p w:rsidR="00D7431A" w:rsidRPr="00396B8F" w:rsidRDefault="00396B8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396B8F">
              <w:rPr>
                <w:rFonts w:cs="Times New Roman"/>
                <w:sz w:val="24"/>
                <w:szCs w:val="24"/>
                <w:lang w:val="ru-RU"/>
              </w:rPr>
              <w:t>Первичное изучение социально-психологической ситуации несовершеннолетних: беседы, наблюдение, анализ учебной мотивации, адаптации, эмоционального состояния.</w:t>
            </w:r>
          </w:p>
        </w:tc>
        <w:tc>
          <w:tcPr>
            <w:tcW w:w="1587" w:type="dxa"/>
            <w:vAlign w:val="center"/>
          </w:tcPr>
          <w:p w:rsidR="00D7431A" w:rsidRPr="00396B8F" w:rsidRDefault="00396B8F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396B8F">
              <w:rPr>
                <w:rFonts w:cs="Times New Roman"/>
                <w:sz w:val="24"/>
                <w:szCs w:val="24"/>
              </w:rPr>
              <w:t>Сентябрь</w:t>
            </w:r>
            <w:proofErr w:type="spellEnd"/>
            <w:r w:rsidRPr="00396B8F">
              <w:rPr>
                <w:rFonts w:cs="Times New Roman"/>
                <w:sz w:val="24"/>
                <w:szCs w:val="24"/>
              </w:rPr>
              <w:t>–</w:t>
            </w:r>
            <w:proofErr w:type="spellStart"/>
            <w:r w:rsidRPr="00396B8F">
              <w:rPr>
                <w:rFonts w:cs="Times New Roman"/>
                <w:sz w:val="24"/>
                <w:szCs w:val="24"/>
              </w:rPr>
              <w:t>октябрь</w:t>
            </w:r>
            <w:proofErr w:type="spellEnd"/>
          </w:p>
        </w:tc>
        <w:tc>
          <w:tcPr>
            <w:tcW w:w="2835" w:type="dxa"/>
            <w:vAlign w:val="center"/>
          </w:tcPr>
          <w:p w:rsidR="00D7431A" w:rsidRPr="00396B8F" w:rsidRDefault="00396B8F" w:rsidP="00144CDA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396B8F">
              <w:rPr>
                <w:rFonts w:cs="Times New Roman"/>
                <w:sz w:val="24"/>
                <w:szCs w:val="24"/>
                <w:lang w:val="ru-RU"/>
              </w:rPr>
              <w:t>Педаго</w:t>
            </w:r>
            <w:r w:rsidR="00144CDA">
              <w:rPr>
                <w:rFonts w:cs="Times New Roman"/>
                <w:sz w:val="24"/>
                <w:szCs w:val="24"/>
                <w:lang w:val="ru-RU"/>
              </w:rPr>
              <w:t>г-психолог, социальный педагог</w:t>
            </w:r>
          </w:p>
        </w:tc>
        <w:tc>
          <w:tcPr>
            <w:tcW w:w="2268" w:type="dxa"/>
            <w:vAlign w:val="center"/>
          </w:tcPr>
          <w:p w:rsidR="00D7431A" w:rsidRPr="00396B8F" w:rsidRDefault="00396B8F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396B8F">
              <w:rPr>
                <w:rFonts w:cs="Times New Roman"/>
                <w:sz w:val="24"/>
                <w:szCs w:val="24"/>
              </w:rPr>
              <w:t>Справка</w:t>
            </w:r>
            <w:proofErr w:type="spellEnd"/>
            <w:r w:rsidRPr="00396B8F">
              <w:rPr>
                <w:rFonts w:cs="Times New Roman"/>
                <w:sz w:val="24"/>
                <w:szCs w:val="24"/>
              </w:rPr>
              <w:t>/</w:t>
            </w:r>
            <w:proofErr w:type="spellStart"/>
            <w:r w:rsidRPr="00396B8F">
              <w:rPr>
                <w:rFonts w:cs="Times New Roman"/>
                <w:sz w:val="24"/>
                <w:szCs w:val="24"/>
              </w:rPr>
              <w:t>рекомендации</w:t>
            </w:r>
            <w:proofErr w:type="spellEnd"/>
          </w:p>
        </w:tc>
      </w:tr>
      <w:tr w:rsidR="00D7431A" w:rsidRPr="00396B8F" w:rsidTr="00CE77AE">
        <w:trPr>
          <w:jc w:val="center"/>
        </w:trPr>
        <w:tc>
          <w:tcPr>
            <w:tcW w:w="454" w:type="dxa"/>
            <w:vAlign w:val="center"/>
          </w:tcPr>
          <w:p w:rsidR="00D7431A" w:rsidRPr="00396B8F" w:rsidRDefault="00396B8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396B8F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2086" w:type="dxa"/>
            <w:vAlign w:val="center"/>
          </w:tcPr>
          <w:p w:rsidR="00D7431A" w:rsidRPr="00396B8F" w:rsidRDefault="00396B8F">
            <w:pPr>
              <w:rPr>
                <w:rFonts w:cs="Times New Roman"/>
                <w:sz w:val="24"/>
                <w:szCs w:val="24"/>
              </w:rPr>
            </w:pPr>
            <w:r w:rsidRPr="00396B8F">
              <w:rPr>
                <w:rFonts w:cs="Times New Roman"/>
                <w:sz w:val="24"/>
                <w:szCs w:val="24"/>
              </w:rPr>
              <w:t>Социально-педагогическое</w:t>
            </w:r>
          </w:p>
        </w:tc>
        <w:tc>
          <w:tcPr>
            <w:tcW w:w="5783" w:type="dxa"/>
            <w:vAlign w:val="center"/>
          </w:tcPr>
          <w:p w:rsidR="00D7431A" w:rsidRPr="00396B8F" w:rsidRDefault="00396B8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396B8F">
              <w:rPr>
                <w:rFonts w:cs="Times New Roman"/>
                <w:sz w:val="24"/>
                <w:szCs w:val="24"/>
                <w:lang w:val="ru-RU"/>
              </w:rPr>
              <w:t>Уточнение социального статуса несовершеннолетних и семей; выявление факторов социального риска и потребности в социальной поддержке.</w:t>
            </w:r>
          </w:p>
        </w:tc>
        <w:tc>
          <w:tcPr>
            <w:tcW w:w="1587" w:type="dxa"/>
            <w:vAlign w:val="center"/>
          </w:tcPr>
          <w:p w:rsidR="00D7431A" w:rsidRPr="00396B8F" w:rsidRDefault="006C65AE" w:rsidP="006C65AE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396B8F">
              <w:rPr>
                <w:rFonts w:cs="Times New Roman"/>
                <w:sz w:val="24"/>
                <w:szCs w:val="24"/>
              </w:rPr>
              <w:t>Сентябрь</w:t>
            </w:r>
            <w:proofErr w:type="spellEnd"/>
            <w:r w:rsidRPr="00396B8F">
              <w:rPr>
                <w:rFonts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396B8F" w:rsidRPr="00396B8F">
              <w:rPr>
                <w:rFonts w:cs="Times New Roman"/>
                <w:sz w:val="24"/>
                <w:szCs w:val="24"/>
              </w:rPr>
              <w:t>по</w:t>
            </w:r>
            <w:proofErr w:type="spellEnd"/>
            <w:r w:rsidR="00396B8F" w:rsidRPr="00396B8F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="00396B8F" w:rsidRPr="00396B8F">
              <w:rPr>
                <w:rFonts w:cs="Times New Roman"/>
                <w:sz w:val="24"/>
                <w:szCs w:val="24"/>
              </w:rPr>
              <w:t>необходимости</w:t>
            </w:r>
            <w:proofErr w:type="spellEnd"/>
          </w:p>
        </w:tc>
        <w:tc>
          <w:tcPr>
            <w:tcW w:w="2835" w:type="dxa"/>
            <w:vAlign w:val="center"/>
          </w:tcPr>
          <w:p w:rsidR="00D7431A" w:rsidRPr="00396B8F" w:rsidRDefault="00396B8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396B8F">
              <w:rPr>
                <w:rFonts w:cs="Times New Roman"/>
                <w:sz w:val="24"/>
                <w:szCs w:val="24"/>
                <w:lang w:val="ru-RU"/>
              </w:rPr>
              <w:t>Социальный педагог, зам. директора по ВР</w:t>
            </w:r>
          </w:p>
        </w:tc>
        <w:tc>
          <w:tcPr>
            <w:tcW w:w="2268" w:type="dxa"/>
            <w:vAlign w:val="center"/>
          </w:tcPr>
          <w:p w:rsidR="00D7431A" w:rsidRPr="00396B8F" w:rsidRDefault="00396B8F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396B8F">
              <w:rPr>
                <w:rFonts w:cs="Times New Roman"/>
                <w:sz w:val="24"/>
                <w:szCs w:val="24"/>
              </w:rPr>
              <w:t>Социальные</w:t>
            </w:r>
            <w:proofErr w:type="spellEnd"/>
            <w:r w:rsidRPr="00396B8F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396B8F">
              <w:rPr>
                <w:rFonts w:cs="Times New Roman"/>
                <w:sz w:val="24"/>
                <w:szCs w:val="24"/>
              </w:rPr>
              <w:t>сведения</w:t>
            </w:r>
            <w:proofErr w:type="spellEnd"/>
            <w:r w:rsidRPr="00396B8F">
              <w:rPr>
                <w:rFonts w:cs="Times New Roman"/>
                <w:sz w:val="24"/>
                <w:szCs w:val="24"/>
              </w:rPr>
              <w:t xml:space="preserve">, </w:t>
            </w:r>
            <w:proofErr w:type="spellStart"/>
            <w:r w:rsidRPr="00396B8F">
              <w:rPr>
                <w:rFonts w:cs="Times New Roman"/>
                <w:sz w:val="24"/>
                <w:szCs w:val="24"/>
              </w:rPr>
              <w:t>рекомендации</w:t>
            </w:r>
            <w:proofErr w:type="spellEnd"/>
          </w:p>
        </w:tc>
      </w:tr>
      <w:tr w:rsidR="00D7431A" w:rsidRPr="00396B8F" w:rsidTr="00CE77AE">
        <w:trPr>
          <w:jc w:val="center"/>
        </w:trPr>
        <w:tc>
          <w:tcPr>
            <w:tcW w:w="454" w:type="dxa"/>
            <w:vAlign w:val="center"/>
          </w:tcPr>
          <w:p w:rsidR="00D7431A" w:rsidRPr="00396B8F" w:rsidRDefault="00396B8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396B8F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2086" w:type="dxa"/>
            <w:vAlign w:val="center"/>
          </w:tcPr>
          <w:p w:rsidR="00D7431A" w:rsidRPr="00396B8F" w:rsidRDefault="00396B8F">
            <w:pPr>
              <w:rPr>
                <w:rFonts w:cs="Times New Roman"/>
                <w:sz w:val="24"/>
                <w:szCs w:val="24"/>
              </w:rPr>
            </w:pPr>
            <w:r w:rsidRPr="00396B8F">
              <w:rPr>
                <w:rFonts w:cs="Times New Roman"/>
                <w:sz w:val="24"/>
                <w:szCs w:val="24"/>
              </w:rPr>
              <w:t>Психологическое консультирование</w:t>
            </w:r>
          </w:p>
        </w:tc>
        <w:tc>
          <w:tcPr>
            <w:tcW w:w="5783" w:type="dxa"/>
            <w:vAlign w:val="center"/>
          </w:tcPr>
          <w:p w:rsidR="00D7431A" w:rsidRPr="00396B8F" w:rsidRDefault="00396B8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396B8F">
              <w:rPr>
                <w:rFonts w:cs="Times New Roman"/>
                <w:sz w:val="24"/>
                <w:szCs w:val="24"/>
                <w:lang w:val="ru-RU"/>
              </w:rPr>
              <w:t xml:space="preserve">Индивидуальные консультации обучающихся по вопросам тревожности, конфликтов, самооценки, учебной мотивации, межличностных отношений и </w:t>
            </w:r>
            <w:r w:rsidRPr="00396B8F">
              <w:rPr>
                <w:rFonts w:cs="Times New Roman"/>
                <w:sz w:val="24"/>
                <w:szCs w:val="24"/>
                <w:lang w:val="ru-RU"/>
              </w:rPr>
              <w:lastRenderedPageBreak/>
              <w:t>жизненных трудностей.</w:t>
            </w:r>
          </w:p>
        </w:tc>
        <w:tc>
          <w:tcPr>
            <w:tcW w:w="1587" w:type="dxa"/>
            <w:vAlign w:val="center"/>
          </w:tcPr>
          <w:p w:rsidR="00D7431A" w:rsidRPr="00396B8F" w:rsidRDefault="00396B8F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396B8F">
              <w:rPr>
                <w:rFonts w:cs="Times New Roman"/>
                <w:sz w:val="24"/>
                <w:szCs w:val="24"/>
                <w:lang w:val="ru-RU"/>
              </w:rPr>
              <w:lastRenderedPageBreak/>
              <w:t>В течение года, по запросу</w:t>
            </w:r>
          </w:p>
        </w:tc>
        <w:tc>
          <w:tcPr>
            <w:tcW w:w="2835" w:type="dxa"/>
            <w:vAlign w:val="center"/>
          </w:tcPr>
          <w:p w:rsidR="00D7431A" w:rsidRPr="00396B8F" w:rsidRDefault="00396B8F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396B8F">
              <w:rPr>
                <w:rFonts w:cs="Times New Roman"/>
                <w:sz w:val="24"/>
                <w:szCs w:val="24"/>
              </w:rPr>
              <w:t>Педагог-психолог</w:t>
            </w:r>
            <w:proofErr w:type="spellEnd"/>
          </w:p>
        </w:tc>
        <w:tc>
          <w:tcPr>
            <w:tcW w:w="2268" w:type="dxa"/>
            <w:vAlign w:val="center"/>
          </w:tcPr>
          <w:p w:rsidR="00D7431A" w:rsidRPr="00396B8F" w:rsidRDefault="00396B8F">
            <w:pPr>
              <w:rPr>
                <w:rFonts w:cs="Times New Roman"/>
                <w:sz w:val="24"/>
                <w:szCs w:val="24"/>
              </w:rPr>
            </w:pPr>
            <w:r w:rsidRPr="00396B8F">
              <w:rPr>
                <w:rFonts w:cs="Times New Roman"/>
                <w:sz w:val="24"/>
                <w:szCs w:val="24"/>
              </w:rPr>
              <w:t>Журнал консультаций, рекомендации</w:t>
            </w:r>
          </w:p>
        </w:tc>
      </w:tr>
      <w:tr w:rsidR="00D7431A" w:rsidRPr="00396B8F" w:rsidTr="00CE77AE">
        <w:trPr>
          <w:jc w:val="center"/>
        </w:trPr>
        <w:tc>
          <w:tcPr>
            <w:tcW w:w="454" w:type="dxa"/>
            <w:vAlign w:val="center"/>
          </w:tcPr>
          <w:p w:rsidR="00D7431A" w:rsidRPr="00396B8F" w:rsidRDefault="00396B8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396B8F">
              <w:rPr>
                <w:rFonts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2086" w:type="dxa"/>
            <w:vAlign w:val="center"/>
          </w:tcPr>
          <w:p w:rsidR="00D7431A" w:rsidRPr="00396B8F" w:rsidRDefault="00396B8F">
            <w:pPr>
              <w:rPr>
                <w:rFonts w:cs="Times New Roman"/>
                <w:sz w:val="24"/>
                <w:szCs w:val="24"/>
              </w:rPr>
            </w:pPr>
            <w:r w:rsidRPr="00396B8F">
              <w:rPr>
                <w:rFonts w:cs="Times New Roman"/>
                <w:sz w:val="24"/>
                <w:szCs w:val="24"/>
              </w:rPr>
              <w:t>Развивающее / профилактическое</w:t>
            </w:r>
          </w:p>
        </w:tc>
        <w:tc>
          <w:tcPr>
            <w:tcW w:w="5783" w:type="dxa"/>
            <w:vAlign w:val="center"/>
          </w:tcPr>
          <w:p w:rsidR="00D7431A" w:rsidRPr="00396B8F" w:rsidRDefault="00396B8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396B8F">
              <w:rPr>
                <w:rFonts w:cs="Times New Roman"/>
                <w:sz w:val="24"/>
                <w:szCs w:val="24"/>
                <w:lang w:val="ru-RU"/>
              </w:rPr>
              <w:t xml:space="preserve">Тренинги и групповые занятия: навыки общения, </w:t>
            </w:r>
            <w:proofErr w:type="spellStart"/>
            <w:r w:rsidRPr="00396B8F">
              <w:rPr>
                <w:rFonts w:cs="Times New Roman"/>
                <w:sz w:val="24"/>
                <w:szCs w:val="24"/>
                <w:lang w:val="ru-RU"/>
              </w:rPr>
              <w:t>саморегуляция</w:t>
            </w:r>
            <w:proofErr w:type="spellEnd"/>
            <w:r w:rsidRPr="00396B8F">
              <w:rPr>
                <w:rFonts w:cs="Times New Roman"/>
                <w:sz w:val="24"/>
                <w:szCs w:val="24"/>
                <w:lang w:val="ru-RU"/>
              </w:rPr>
              <w:t>, стрессоустойчивость, профилактика конфликтов, формирование ответственного поведения.</w:t>
            </w:r>
          </w:p>
        </w:tc>
        <w:tc>
          <w:tcPr>
            <w:tcW w:w="1587" w:type="dxa"/>
            <w:vAlign w:val="center"/>
          </w:tcPr>
          <w:p w:rsidR="00D7431A" w:rsidRPr="00396B8F" w:rsidRDefault="00396B8F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396B8F">
              <w:rPr>
                <w:rFonts w:cs="Times New Roman"/>
                <w:sz w:val="24"/>
                <w:szCs w:val="24"/>
                <w:lang w:val="ru-RU"/>
              </w:rPr>
              <w:t>1 раз в четверть / по необходимости</w:t>
            </w:r>
          </w:p>
        </w:tc>
        <w:tc>
          <w:tcPr>
            <w:tcW w:w="2835" w:type="dxa"/>
            <w:vAlign w:val="center"/>
          </w:tcPr>
          <w:p w:rsidR="00D7431A" w:rsidRPr="00396B8F" w:rsidRDefault="00396B8F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396B8F">
              <w:rPr>
                <w:rFonts w:cs="Times New Roman"/>
                <w:sz w:val="24"/>
                <w:szCs w:val="24"/>
              </w:rPr>
              <w:t>Педагог-психолог</w:t>
            </w:r>
            <w:proofErr w:type="spellEnd"/>
          </w:p>
        </w:tc>
        <w:tc>
          <w:tcPr>
            <w:tcW w:w="2268" w:type="dxa"/>
            <w:vAlign w:val="center"/>
          </w:tcPr>
          <w:p w:rsidR="00D7431A" w:rsidRPr="00396B8F" w:rsidRDefault="00396B8F">
            <w:pPr>
              <w:rPr>
                <w:rFonts w:cs="Times New Roman"/>
                <w:sz w:val="24"/>
                <w:szCs w:val="24"/>
              </w:rPr>
            </w:pPr>
            <w:r w:rsidRPr="00396B8F">
              <w:rPr>
                <w:rFonts w:cs="Times New Roman"/>
                <w:sz w:val="24"/>
                <w:szCs w:val="24"/>
              </w:rPr>
              <w:t>Тренинг, занятие, краткий анализ</w:t>
            </w:r>
          </w:p>
        </w:tc>
      </w:tr>
      <w:tr w:rsidR="00D7431A" w:rsidRPr="00396B8F" w:rsidTr="00CE77AE">
        <w:trPr>
          <w:jc w:val="center"/>
        </w:trPr>
        <w:tc>
          <w:tcPr>
            <w:tcW w:w="454" w:type="dxa"/>
            <w:vAlign w:val="center"/>
          </w:tcPr>
          <w:p w:rsidR="00D7431A" w:rsidRPr="00396B8F" w:rsidRDefault="00396B8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396B8F">
              <w:rPr>
                <w:rFonts w:cs="Times New Roman"/>
                <w:sz w:val="24"/>
                <w:szCs w:val="24"/>
              </w:rPr>
              <w:t>7</w:t>
            </w:r>
          </w:p>
        </w:tc>
        <w:tc>
          <w:tcPr>
            <w:tcW w:w="2086" w:type="dxa"/>
            <w:vAlign w:val="center"/>
          </w:tcPr>
          <w:p w:rsidR="00D7431A" w:rsidRPr="00396B8F" w:rsidRDefault="00396B8F">
            <w:pPr>
              <w:rPr>
                <w:rFonts w:cs="Times New Roman"/>
                <w:sz w:val="24"/>
                <w:szCs w:val="24"/>
              </w:rPr>
            </w:pPr>
            <w:r w:rsidRPr="00396B8F">
              <w:rPr>
                <w:rFonts w:cs="Times New Roman"/>
                <w:sz w:val="24"/>
                <w:szCs w:val="24"/>
              </w:rPr>
              <w:t>Профилактическое</w:t>
            </w:r>
          </w:p>
        </w:tc>
        <w:tc>
          <w:tcPr>
            <w:tcW w:w="5783" w:type="dxa"/>
            <w:vAlign w:val="center"/>
          </w:tcPr>
          <w:p w:rsidR="00D7431A" w:rsidRPr="00396B8F" w:rsidRDefault="00396B8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396B8F">
              <w:rPr>
                <w:rFonts w:cs="Times New Roman"/>
                <w:sz w:val="24"/>
                <w:szCs w:val="24"/>
                <w:lang w:val="ru-RU"/>
              </w:rPr>
              <w:t xml:space="preserve">Профилактика </w:t>
            </w:r>
            <w:proofErr w:type="spellStart"/>
            <w:r w:rsidRPr="00396B8F">
              <w:rPr>
                <w:rFonts w:cs="Times New Roman"/>
                <w:sz w:val="24"/>
                <w:szCs w:val="24"/>
                <w:lang w:val="ru-RU"/>
              </w:rPr>
              <w:t>буллинга</w:t>
            </w:r>
            <w:proofErr w:type="spellEnd"/>
            <w:r w:rsidRPr="00396B8F">
              <w:rPr>
                <w:rFonts w:cs="Times New Roman"/>
                <w:sz w:val="24"/>
                <w:szCs w:val="24"/>
                <w:lang w:val="ru-RU"/>
              </w:rPr>
              <w:t>, насилия, правонарушений, вредных привычек, рискованного поведения; формирование правовой и безопасной культуры.</w:t>
            </w:r>
          </w:p>
        </w:tc>
        <w:tc>
          <w:tcPr>
            <w:tcW w:w="1587" w:type="dxa"/>
            <w:vAlign w:val="center"/>
          </w:tcPr>
          <w:p w:rsidR="00D7431A" w:rsidRPr="00396B8F" w:rsidRDefault="00396B8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396B8F">
              <w:rPr>
                <w:rFonts w:cs="Times New Roman"/>
                <w:sz w:val="24"/>
                <w:szCs w:val="24"/>
              </w:rPr>
              <w:t xml:space="preserve">В </w:t>
            </w:r>
            <w:proofErr w:type="spellStart"/>
            <w:r w:rsidRPr="00396B8F">
              <w:rPr>
                <w:rFonts w:cs="Times New Roman"/>
                <w:sz w:val="24"/>
                <w:szCs w:val="24"/>
              </w:rPr>
              <w:t>течение</w:t>
            </w:r>
            <w:proofErr w:type="spellEnd"/>
            <w:r w:rsidRPr="00396B8F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396B8F">
              <w:rPr>
                <w:rFonts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835" w:type="dxa"/>
            <w:vAlign w:val="center"/>
          </w:tcPr>
          <w:p w:rsidR="00D7431A" w:rsidRPr="00396B8F" w:rsidRDefault="00396B8F" w:rsidP="00144CDA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396B8F">
              <w:rPr>
                <w:rFonts w:cs="Times New Roman"/>
                <w:sz w:val="24"/>
                <w:szCs w:val="24"/>
                <w:lang w:val="ru-RU"/>
              </w:rPr>
              <w:t>Зам. директора по ВР, социал</w:t>
            </w:r>
            <w:r w:rsidR="00144CDA">
              <w:rPr>
                <w:rFonts w:cs="Times New Roman"/>
                <w:sz w:val="24"/>
                <w:szCs w:val="24"/>
                <w:lang w:val="ru-RU"/>
              </w:rPr>
              <w:t>ьный педагог, педагог-психолог</w:t>
            </w:r>
          </w:p>
        </w:tc>
        <w:tc>
          <w:tcPr>
            <w:tcW w:w="2268" w:type="dxa"/>
            <w:vAlign w:val="center"/>
          </w:tcPr>
          <w:p w:rsidR="00D7431A" w:rsidRPr="00396B8F" w:rsidRDefault="00396B8F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396B8F">
              <w:rPr>
                <w:rFonts w:cs="Times New Roman"/>
                <w:sz w:val="24"/>
                <w:szCs w:val="24"/>
              </w:rPr>
              <w:t>Беседы</w:t>
            </w:r>
            <w:proofErr w:type="spellEnd"/>
            <w:r w:rsidRPr="00396B8F">
              <w:rPr>
                <w:rFonts w:cs="Times New Roman"/>
                <w:sz w:val="24"/>
                <w:szCs w:val="24"/>
              </w:rPr>
              <w:t xml:space="preserve">, </w:t>
            </w:r>
            <w:proofErr w:type="spellStart"/>
            <w:r w:rsidRPr="00396B8F">
              <w:rPr>
                <w:rFonts w:cs="Times New Roman"/>
                <w:sz w:val="24"/>
                <w:szCs w:val="24"/>
              </w:rPr>
              <w:t>мероприятия</w:t>
            </w:r>
            <w:proofErr w:type="spellEnd"/>
            <w:r w:rsidRPr="00396B8F">
              <w:rPr>
                <w:rFonts w:cs="Times New Roman"/>
                <w:sz w:val="24"/>
                <w:szCs w:val="24"/>
              </w:rPr>
              <w:t xml:space="preserve">, </w:t>
            </w:r>
            <w:proofErr w:type="spellStart"/>
            <w:r w:rsidRPr="00396B8F">
              <w:rPr>
                <w:rFonts w:cs="Times New Roman"/>
                <w:sz w:val="24"/>
                <w:szCs w:val="24"/>
              </w:rPr>
              <w:t>памятки</w:t>
            </w:r>
            <w:proofErr w:type="spellEnd"/>
          </w:p>
        </w:tc>
      </w:tr>
      <w:tr w:rsidR="00D7431A" w:rsidRPr="00396B8F" w:rsidTr="00CE77AE">
        <w:trPr>
          <w:jc w:val="center"/>
        </w:trPr>
        <w:tc>
          <w:tcPr>
            <w:tcW w:w="454" w:type="dxa"/>
            <w:vAlign w:val="center"/>
          </w:tcPr>
          <w:p w:rsidR="00D7431A" w:rsidRPr="00396B8F" w:rsidRDefault="00396B8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396B8F">
              <w:rPr>
                <w:rFonts w:cs="Times New Roman"/>
                <w:sz w:val="24"/>
                <w:szCs w:val="24"/>
              </w:rPr>
              <w:t>8</w:t>
            </w:r>
          </w:p>
        </w:tc>
        <w:tc>
          <w:tcPr>
            <w:tcW w:w="2086" w:type="dxa"/>
            <w:vAlign w:val="center"/>
          </w:tcPr>
          <w:p w:rsidR="00D7431A" w:rsidRPr="00396B8F" w:rsidRDefault="00396B8F">
            <w:pPr>
              <w:rPr>
                <w:rFonts w:cs="Times New Roman"/>
                <w:sz w:val="24"/>
                <w:szCs w:val="24"/>
              </w:rPr>
            </w:pPr>
            <w:r w:rsidRPr="00396B8F">
              <w:rPr>
                <w:rFonts w:cs="Times New Roman"/>
                <w:sz w:val="24"/>
                <w:szCs w:val="24"/>
              </w:rPr>
              <w:t>Учебно-педагогическое</w:t>
            </w:r>
          </w:p>
        </w:tc>
        <w:tc>
          <w:tcPr>
            <w:tcW w:w="5783" w:type="dxa"/>
            <w:vAlign w:val="center"/>
          </w:tcPr>
          <w:p w:rsidR="00D7431A" w:rsidRPr="00396B8F" w:rsidRDefault="00396B8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396B8F">
              <w:rPr>
                <w:rFonts w:cs="Times New Roman"/>
                <w:sz w:val="24"/>
                <w:szCs w:val="24"/>
                <w:lang w:val="ru-RU"/>
              </w:rPr>
              <w:t>Наблюдение за учебными трудностями, посещаемостью и динамикой успеваемости; индивидуальный и дифференцированный подход на уроках.</w:t>
            </w:r>
          </w:p>
        </w:tc>
        <w:tc>
          <w:tcPr>
            <w:tcW w:w="1587" w:type="dxa"/>
            <w:vAlign w:val="center"/>
          </w:tcPr>
          <w:p w:rsidR="00D7431A" w:rsidRPr="00396B8F" w:rsidRDefault="00396B8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396B8F">
              <w:rPr>
                <w:rFonts w:cs="Times New Roman"/>
                <w:sz w:val="24"/>
                <w:szCs w:val="24"/>
              </w:rPr>
              <w:t xml:space="preserve">В </w:t>
            </w:r>
            <w:proofErr w:type="spellStart"/>
            <w:r w:rsidRPr="00396B8F">
              <w:rPr>
                <w:rFonts w:cs="Times New Roman"/>
                <w:sz w:val="24"/>
                <w:szCs w:val="24"/>
              </w:rPr>
              <w:t>течение</w:t>
            </w:r>
            <w:proofErr w:type="spellEnd"/>
            <w:r w:rsidRPr="00396B8F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396B8F">
              <w:rPr>
                <w:rFonts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835" w:type="dxa"/>
            <w:vAlign w:val="center"/>
          </w:tcPr>
          <w:p w:rsidR="00D7431A" w:rsidRPr="00396B8F" w:rsidRDefault="00144CDA" w:rsidP="00144CDA">
            <w:pPr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Учителя-предметники</w:t>
            </w:r>
            <w:proofErr w:type="spellEnd"/>
          </w:p>
        </w:tc>
        <w:tc>
          <w:tcPr>
            <w:tcW w:w="2268" w:type="dxa"/>
            <w:vAlign w:val="center"/>
          </w:tcPr>
          <w:p w:rsidR="00D7431A" w:rsidRPr="00396B8F" w:rsidRDefault="00396B8F">
            <w:pPr>
              <w:rPr>
                <w:rFonts w:cs="Times New Roman"/>
                <w:sz w:val="24"/>
                <w:szCs w:val="24"/>
              </w:rPr>
            </w:pPr>
            <w:r w:rsidRPr="00396B8F">
              <w:rPr>
                <w:rFonts w:cs="Times New Roman"/>
                <w:sz w:val="24"/>
                <w:szCs w:val="24"/>
              </w:rPr>
              <w:t>Информация, рекомендации, индивидуальная помощь</w:t>
            </w:r>
          </w:p>
        </w:tc>
      </w:tr>
      <w:tr w:rsidR="00D7431A" w:rsidRPr="00396B8F" w:rsidTr="00CE77AE">
        <w:trPr>
          <w:jc w:val="center"/>
        </w:trPr>
        <w:tc>
          <w:tcPr>
            <w:tcW w:w="454" w:type="dxa"/>
            <w:vAlign w:val="center"/>
          </w:tcPr>
          <w:p w:rsidR="00D7431A" w:rsidRPr="00396B8F" w:rsidRDefault="00396B8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396B8F">
              <w:rPr>
                <w:rFonts w:cs="Times New Roman"/>
                <w:sz w:val="24"/>
                <w:szCs w:val="24"/>
              </w:rPr>
              <w:t>9</w:t>
            </w:r>
          </w:p>
        </w:tc>
        <w:tc>
          <w:tcPr>
            <w:tcW w:w="2086" w:type="dxa"/>
            <w:vAlign w:val="center"/>
          </w:tcPr>
          <w:p w:rsidR="00D7431A" w:rsidRPr="00396B8F" w:rsidRDefault="00396B8F">
            <w:pPr>
              <w:rPr>
                <w:rFonts w:cs="Times New Roman"/>
                <w:sz w:val="24"/>
                <w:szCs w:val="24"/>
              </w:rPr>
            </w:pPr>
            <w:r w:rsidRPr="00396B8F">
              <w:rPr>
                <w:rFonts w:cs="Times New Roman"/>
                <w:sz w:val="24"/>
                <w:szCs w:val="24"/>
              </w:rPr>
              <w:t>Взаимодействие с педагогами</w:t>
            </w:r>
          </w:p>
        </w:tc>
        <w:tc>
          <w:tcPr>
            <w:tcW w:w="5783" w:type="dxa"/>
            <w:vAlign w:val="center"/>
          </w:tcPr>
          <w:p w:rsidR="00D7431A" w:rsidRPr="00396B8F" w:rsidRDefault="00396B8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396B8F">
              <w:rPr>
                <w:rFonts w:cs="Times New Roman"/>
                <w:sz w:val="24"/>
                <w:szCs w:val="24"/>
                <w:lang w:val="ru-RU"/>
              </w:rPr>
              <w:t>Консультации учителей-предметников по обучающимся, испытывающим устойчивые трудности; подбор педагогических приемов и мер поддержки.</w:t>
            </w:r>
          </w:p>
        </w:tc>
        <w:tc>
          <w:tcPr>
            <w:tcW w:w="1587" w:type="dxa"/>
            <w:vAlign w:val="center"/>
          </w:tcPr>
          <w:p w:rsidR="00D7431A" w:rsidRPr="00396B8F" w:rsidRDefault="00396B8F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396B8F">
              <w:rPr>
                <w:rFonts w:cs="Times New Roman"/>
                <w:sz w:val="24"/>
                <w:szCs w:val="24"/>
              </w:rPr>
              <w:t>По</w:t>
            </w:r>
            <w:proofErr w:type="spellEnd"/>
            <w:r w:rsidRPr="00396B8F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396B8F">
              <w:rPr>
                <w:rFonts w:cs="Times New Roman"/>
                <w:sz w:val="24"/>
                <w:szCs w:val="24"/>
              </w:rPr>
              <w:t>необходимости</w:t>
            </w:r>
            <w:proofErr w:type="spellEnd"/>
          </w:p>
        </w:tc>
        <w:tc>
          <w:tcPr>
            <w:tcW w:w="2835" w:type="dxa"/>
            <w:vAlign w:val="center"/>
          </w:tcPr>
          <w:p w:rsidR="00D7431A" w:rsidRPr="00396B8F" w:rsidRDefault="00396B8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396B8F">
              <w:rPr>
                <w:rFonts w:cs="Times New Roman"/>
                <w:sz w:val="24"/>
                <w:szCs w:val="24"/>
                <w:lang w:val="ru-RU"/>
              </w:rPr>
              <w:t>Педагог-психолог, социальный педагог, зам. директора по ВР, учителя-предметники</w:t>
            </w:r>
          </w:p>
        </w:tc>
        <w:tc>
          <w:tcPr>
            <w:tcW w:w="2268" w:type="dxa"/>
            <w:vAlign w:val="center"/>
          </w:tcPr>
          <w:p w:rsidR="00D7431A" w:rsidRPr="00396B8F" w:rsidRDefault="00396B8F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396B8F">
              <w:rPr>
                <w:rFonts w:cs="Times New Roman"/>
                <w:sz w:val="24"/>
                <w:szCs w:val="24"/>
              </w:rPr>
              <w:t>Рекомендации</w:t>
            </w:r>
            <w:proofErr w:type="spellEnd"/>
            <w:r w:rsidRPr="00396B8F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396B8F">
              <w:rPr>
                <w:rFonts w:cs="Times New Roman"/>
                <w:sz w:val="24"/>
                <w:szCs w:val="24"/>
              </w:rPr>
              <w:t>педагогам</w:t>
            </w:r>
            <w:proofErr w:type="spellEnd"/>
          </w:p>
        </w:tc>
      </w:tr>
      <w:tr w:rsidR="00D7431A" w:rsidRPr="00396B8F" w:rsidTr="00CE77AE">
        <w:trPr>
          <w:jc w:val="center"/>
        </w:trPr>
        <w:tc>
          <w:tcPr>
            <w:tcW w:w="454" w:type="dxa"/>
            <w:vAlign w:val="center"/>
          </w:tcPr>
          <w:p w:rsidR="00D7431A" w:rsidRPr="00396B8F" w:rsidRDefault="00396B8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396B8F">
              <w:rPr>
                <w:rFonts w:cs="Times New Roman"/>
                <w:sz w:val="24"/>
                <w:szCs w:val="24"/>
              </w:rPr>
              <w:t>10</w:t>
            </w:r>
          </w:p>
        </w:tc>
        <w:tc>
          <w:tcPr>
            <w:tcW w:w="2086" w:type="dxa"/>
            <w:vAlign w:val="center"/>
          </w:tcPr>
          <w:p w:rsidR="00D7431A" w:rsidRPr="00396B8F" w:rsidRDefault="00396B8F">
            <w:pPr>
              <w:rPr>
                <w:rFonts w:cs="Times New Roman"/>
                <w:sz w:val="24"/>
                <w:szCs w:val="24"/>
              </w:rPr>
            </w:pPr>
            <w:r w:rsidRPr="00396B8F">
              <w:rPr>
                <w:rFonts w:cs="Times New Roman"/>
                <w:sz w:val="24"/>
                <w:szCs w:val="24"/>
              </w:rPr>
              <w:t>Заседание СППС</w:t>
            </w:r>
          </w:p>
        </w:tc>
        <w:tc>
          <w:tcPr>
            <w:tcW w:w="5783" w:type="dxa"/>
            <w:vAlign w:val="center"/>
          </w:tcPr>
          <w:p w:rsidR="00D7431A" w:rsidRPr="00396B8F" w:rsidRDefault="00396B8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396B8F">
              <w:rPr>
                <w:rFonts w:cs="Times New Roman"/>
                <w:sz w:val="24"/>
                <w:szCs w:val="24"/>
                <w:lang w:val="ru-RU"/>
              </w:rPr>
              <w:t xml:space="preserve">Рассмотрение результатов </w:t>
            </w:r>
            <w:r w:rsidRPr="00396B8F">
              <w:rPr>
                <w:rFonts w:cs="Times New Roman"/>
                <w:sz w:val="24"/>
                <w:szCs w:val="24"/>
              </w:rPr>
              <w:t>I</w:t>
            </w:r>
            <w:r w:rsidRPr="00396B8F">
              <w:rPr>
                <w:rFonts w:cs="Times New Roman"/>
                <w:sz w:val="24"/>
                <w:szCs w:val="24"/>
                <w:lang w:val="ru-RU"/>
              </w:rPr>
              <w:t xml:space="preserve"> четверти: посещаемость, учебные и поведенческие трудности; определение необходимых мер сопровождения.</w:t>
            </w:r>
          </w:p>
        </w:tc>
        <w:tc>
          <w:tcPr>
            <w:tcW w:w="1587" w:type="dxa"/>
            <w:vAlign w:val="center"/>
          </w:tcPr>
          <w:p w:rsidR="00D7431A" w:rsidRPr="00396B8F" w:rsidRDefault="00396B8F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396B8F">
              <w:rPr>
                <w:rFonts w:cs="Times New Roman"/>
                <w:sz w:val="24"/>
                <w:szCs w:val="24"/>
              </w:rPr>
              <w:t>Ноябрь</w:t>
            </w:r>
            <w:proofErr w:type="spellEnd"/>
          </w:p>
        </w:tc>
        <w:tc>
          <w:tcPr>
            <w:tcW w:w="2835" w:type="dxa"/>
            <w:vAlign w:val="center"/>
          </w:tcPr>
          <w:p w:rsidR="00D7431A" w:rsidRPr="00396B8F" w:rsidRDefault="00396B8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396B8F">
              <w:rPr>
                <w:rFonts w:cs="Times New Roman"/>
                <w:sz w:val="24"/>
                <w:szCs w:val="24"/>
                <w:lang w:val="ru-RU"/>
              </w:rPr>
              <w:t>Члены СППС, классные руководители, при необходимости учителя-предметники</w:t>
            </w:r>
          </w:p>
        </w:tc>
        <w:tc>
          <w:tcPr>
            <w:tcW w:w="2268" w:type="dxa"/>
            <w:vAlign w:val="center"/>
          </w:tcPr>
          <w:p w:rsidR="00D7431A" w:rsidRPr="00396B8F" w:rsidRDefault="00396B8F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396B8F">
              <w:rPr>
                <w:rFonts w:cs="Times New Roman"/>
                <w:sz w:val="24"/>
                <w:szCs w:val="24"/>
              </w:rPr>
              <w:t>Протокол</w:t>
            </w:r>
            <w:proofErr w:type="spellEnd"/>
          </w:p>
        </w:tc>
      </w:tr>
      <w:tr w:rsidR="00D7431A" w:rsidRPr="00396B8F" w:rsidTr="00CE77AE">
        <w:trPr>
          <w:jc w:val="center"/>
        </w:trPr>
        <w:tc>
          <w:tcPr>
            <w:tcW w:w="454" w:type="dxa"/>
            <w:vAlign w:val="center"/>
          </w:tcPr>
          <w:p w:rsidR="00D7431A" w:rsidRPr="00396B8F" w:rsidRDefault="00396B8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396B8F">
              <w:rPr>
                <w:rFonts w:cs="Times New Roman"/>
                <w:sz w:val="24"/>
                <w:szCs w:val="24"/>
              </w:rPr>
              <w:t>11</w:t>
            </w:r>
          </w:p>
        </w:tc>
        <w:tc>
          <w:tcPr>
            <w:tcW w:w="2086" w:type="dxa"/>
            <w:vAlign w:val="center"/>
          </w:tcPr>
          <w:p w:rsidR="00D7431A" w:rsidRPr="00396B8F" w:rsidRDefault="00396B8F">
            <w:pPr>
              <w:rPr>
                <w:rFonts w:cs="Times New Roman"/>
                <w:sz w:val="24"/>
                <w:szCs w:val="24"/>
              </w:rPr>
            </w:pPr>
            <w:r w:rsidRPr="00396B8F">
              <w:rPr>
                <w:rFonts w:cs="Times New Roman"/>
                <w:sz w:val="24"/>
                <w:szCs w:val="24"/>
              </w:rPr>
              <w:t>Работа с законными представителями</w:t>
            </w:r>
          </w:p>
        </w:tc>
        <w:tc>
          <w:tcPr>
            <w:tcW w:w="5783" w:type="dxa"/>
            <w:vAlign w:val="center"/>
          </w:tcPr>
          <w:p w:rsidR="00D7431A" w:rsidRPr="00396B8F" w:rsidRDefault="00396B8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396B8F">
              <w:rPr>
                <w:rFonts w:cs="Times New Roman"/>
                <w:sz w:val="24"/>
                <w:szCs w:val="24"/>
                <w:lang w:val="ru-RU"/>
              </w:rPr>
              <w:t>Индивидуальные консультации родителей/законных представителей по вопросам обучения, воспитания, поведения, эмоционального состояния и социальной поддержки.</w:t>
            </w:r>
          </w:p>
        </w:tc>
        <w:tc>
          <w:tcPr>
            <w:tcW w:w="1587" w:type="dxa"/>
            <w:vAlign w:val="center"/>
          </w:tcPr>
          <w:p w:rsidR="00D7431A" w:rsidRPr="00396B8F" w:rsidRDefault="00396B8F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396B8F">
              <w:rPr>
                <w:rFonts w:cs="Times New Roman"/>
                <w:sz w:val="24"/>
                <w:szCs w:val="24"/>
                <w:lang w:val="ru-RU"/>
              </w:rPr>
              <w:t>В течение года, по необходимости</w:t>
            </w:r>
          </w:p>
        </w:tc>
        <w:tc>
          <w:tcPr>
            <w:tcW w:w="2835" w:type="dxa"/>
            <w:vAlign w:val="center"/>
          </w:tcPr>
          <w:p w:rsidR="00D7431A" w:rsidRPr="00396B8F" w:rsidRDefault="00396B8F" w:rsidP="00144CDA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396B8F">
              <w:rPr>
                <w:rFonts w:cs="Times New Roman"/>
                <w:sz w:val="24"/>
                <w:szCs w:val="24"/>
                <w:lang w:val="ru-RU"/>
              </w:rPr>
              <w:t>Зам. директора по ВР, педаго</w:t>
            </w:r>
            <w:r w:rsidR="00144CDA">
              <w:rPr>
                <w:rFonts w:cs="Times New Roman"/>
                <w:sz w:val="24"/>
                <w:szCs w:val="24"/>
                <w:lang w:val="ru-RU"/>
              </w:rPr>
              <w:t>г-психолог, социальный педагог</w:t>
            </w:r>
          </w:p>
        </w:tc>
        <w:tc>
          <w:tcPr>
            <w:tcW w:w="2268" w:type="dxa"/>
            <w:vAlign w:val="center"/>
          </w:tcPr>
          <w:p w:rsidR="00D7431A" w:rsidRPr="00396B8F" w:rsidRDefault="00396B8F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396B8F">
              <w:rPr>
                <w:rFonts w:cs="Times New Roman"/>
                <w:sz w:val="24"/>
                <w:szCs w:val="24"/>
              </w:rPr>
              <w:t>Консультации</w:t>
            </w:r>
            <w:proofErr w:type="spellEnd"/>
            <w:r w:rsidRPr="00396B8F">
              <w:rPr>
                <w:rFonts w:cs="Times New Roman"/>
                <w:sz w:val="24"/>
                <w:szCs w:val="24"/>
              </w:rPr>
              <w:t xml:space="preserve">, </w:t>
            </w:r>
            <w:proofErr w:type="spellStart"/>
            <w:r w:rsidRPr="00396B8F">
              <w:rPr>
                <w:rFonts w:cs="Times New Roman"/>
                <w:sz w:val="24"/>
                <w:szCs w:val="24"/>
              </w:rPr>
              <w:t>рекомендации</w:t>
            </w:r>
            <w:proofErr w:type="spellEnd"/>
          </w:p>
        </w:tc>
      </w:tr>
      <w:tr w:rsidR="00D7431A" w:rsidRPr="00396B8F" w:rsidTr="00CE77AE">
        <w:trPr>
          <w:jc w:val="center"/>
        </w:trPr>
        <w:tc>
          <w:tcPr>
            <w:tcW w:w="454" w:type="dxa"/>
            <w:vAlign w:val="center"/>
          </w:tcPr>
          <w:p w:rsidR="00D7431A" w:rsidRPr="00396B8F" w:rsidRDefault="00396B8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396B8F">
              <w:rPr>
                <w:rFonts w:cs="Times New Roman"/>
                <w:sz w:val="24"/>
                <w:szCs w:val="24"/>
              </w:rPr>
              <w:t>12</w:t>
            </w:r>
          </w:p>
        </w:tc>
        <w:tc>
          <w:tcPr>
            <w:tcW w:w="2086" w:type="dxa"/>
            <w:vAlign w:val="center"/>
          </w:tcPr>
          <w:p w:rsidR="00D7431A" w:rsidRPr="00396B8F" w:rsidRDefault="00396B8F">
            <w:pPr>
              <w:rPr>
                <w:rFonts w:cs="Times New Roman"/>
                <w:sz w:val="24"/>
                <w:szCs w:val="24"/>
              </w:rPr>
            </w:pPr>
            <w:r w:rsidRPr="00396B8F">
              <w:rPr>
                <w:rFonts w:cs="Times New Roman"/>
                <w:sz w:val="24"/>
                <w:szCs w:val="24"/>
              </w:rPr>
              <w:t>Психолого-педагогическое просвещение</w:t>
            </w:r>
          </w:p>
        </w:tc>
        <w:tc>
          <w:tcPr>
            <w:tcW w:w="5783" w:type="dxa"/>
            <w:vAlign w:val="center"/>
          </w:tcPr>
          <w:p w:rsidR="00D7431A" w:rsidRPr="00396B8F" w:rsidRDefault="00396B8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396B8F">
              <w:rPr>
                <w:rFonts w:cs="Times New Roman"/>
                <w:sz w:val="24"/>
                <w:szCs w:val="24"/>
                <w:lang w:val="ru-RU"/>
              </w:rPr>
              <w:t>Информационные беседы/мини-лектории для обучающихся: эмоциональное благополучие, конструктивное общение, ответственность, профессиональное самоопределение.</w:t>
            </w:r>
          </w:p>
        </w:tc>
        <w:tc>
          <w:tcPr>
            <w:tcW w:w="1587" w:type="dxa"/>
            <w:vAlign w:val="center"/>
          </w:tcPr>
          <w:p w:rsidR="00D7431A" w:rsidRPr="00396B8F" w:rsidRDefault="00396B8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396B8F">
              <w:rPr>
                <w:rFonts w:cs="Times New Roman"/>
                <w:sz w:val="24"/>
                <w:szCs w:val="24"/>
              </w:rPr>
              <w:t xml:space="preserve">В </w:t>
            </w:r>
            <w:proofErr w:type="spellStart"/>
            <w:r w:rsidRPr="00396B8F">
              <w:rPr>
                <w:rFonts w:cs="Times New Roman"/>
                <w:sz w:val="24"/>
                <w:szCs w:val="24"/>
              </w:rPr>
              <w:t>течение</w:t>
            </w:r>
            <w:proofErr w:type="spellEnd"/>
            <w:r w:rsidRPr="00396B8F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396B8F">
              <w:rPr>
                <w:rFonts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835" w:type="dxa"/>
            <w:vAlign w:val="center"/>
          </w:tcPr>
          <w:p w:rsidR="00D7431A" w:rsidRPr="00396B8F" w:rsidRDefault="00396B8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396B8F">
              <w:rPr>
                <w:rFonts w:cs="Times New Roman"/>
                <w:sz w:val="24"/>
                <w:szCs w:val="24"/>
                <w:lang w:val="ru-RU"/>
              </w:rPr>
              <w:t>Педагог-психолог, социальный педагог, зам. директора по ВР</w:t>
            </w:r>
          </w:p>
        </w:tc>
        <w:tc>
          <w:tcPr>
            <w:tcW w:w="2268" w:type="dxa"/>
            <w:vAlign w:val="center"/>
          </w:tcPr>
          <w:p w:rsidR="00D7431A" w:rsidRPr="00396B8F" w:rsidRDefault="00396B8F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396B8F">
              <w:rPr>
                <w:rFonts w:cs="Times New Roman"/>
                <w:sz w:val="24"/>
                <w:szCs w:val="24"/>
              </w:rPr>
              <w:t>Беседа</w:t>
            </w:r>
            <w:proofErr w:type="spellEnd"/>
            <w:r w:rsidRPr="00396B8F">
              <w:rPr>
                <w:rFonts w:cs="Times New Roman"/>
                <w:sz w:val="24"/>
                <w:szCs w:val="24"/>
              </w:rPr>
              <w:t xml:space="preserve">, </w:t>
            </w:r>
            <w:proofErr w:type="spellStart"/>
            <w:r w:rsidRPr="00396B8F">
              <w:rPr>
                <w:rFonts w:cs="Times New Roman"/>
                <w:sz w:val="24"/>
                <w:szCs w:val="24"/>
              </w:rPr>
              <w:t>памятка</w:t>
            </w:r>
            <w:proofErr w:type="spellEnd"/>
            <w:r w:rsidRPr="00396B8F">
              <w:rPr>
                <w:rFonts w:cs="Times New Roman"/>
                <w:sz w:val="24"/>
                <w:szCs w:val="24"/>
              </w:rPr>
              <w:t xml:space="preserve">, </w:t>
            </w:r>
            <w:proofErr w:type="spellStart"/>
            <w:r w:rsidRPr="00396B8F">
              <w:rPr>
                <w:rFonts w:cs="Times New Roman"/>
                <w:sz w:val="24"/>
                <w:szCs w:val="24"/>
              </w:rPr>
              <w:t>занятие</w:t>
            </w:r>
            <w:proofErr w:type="spellEnd"/>
          </w:p>
        </w:tc>
      </w:tr>
      <w:tr w:rsidR="00D7431A" w:rsidRPr="00396B8F" w:rsidTr="00CE77AE">
        <w:trPr>
          <w:jc w:val="center"/>
        </w:trPr>
        <w:tc>
          <w:tcPr>
            <w:tcW w:w="454" w:type="dxa"/>
            <w:vAlign w:val="center"/>
          </w:tcPr>
          <w:p w:rsidR="00D7431A" w:rsidRPr="00396B8F" w:rsidRDefault="00396B8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396B8F">
              <w:rPr>
                <w:rFonts w:cs="Times New Roman"/>
                <w:sz w:val="24"/>
                <w:szCs w:val="24"/>
              </w:rPr>
              <w:t>13</w:t>
            </w:r>
          </w:p>
        </w:tc>
        <w:tc>
          <w:tcPr>
            <w:tcW w:w="2086" w:type="dxa"/>
            <w:vAlign w:val="center"/>
          </w:tcPr>
          <w:p w:rsidR="00D7431A" w:rsidRPr="00396B8F" w:rsidRDefault="00396B8F">
            <w:pPr>
              <w:rPr>
                <w:rFonts w:cs="Times New Roman"/>
                <w:sz w:val="24"/>
                <w:szCs w:val="24"/>
              </w:rPr>
            </w:pPr>
            <w:r w:rsidRPr="00396B8F">
              <w:rPr>
                <w:rFonts w:cs="Times New Roman"/>
                <w:sz w:val="24"/>
                <w:szCs w:val="24"/>
              </w:rPr>
              <w:t>Заседание СППС</w:t>
            </w:r>
          </w:p>
        </w:tc>
        <w:tc>
          <w:tcPr>
            <w:tcW w:w="5783" w:type="dxa"/>
            <w:vAlign w:val="center"/>
          </w:tcPr>
          <w:p w:rsidR="00D7431A" w:rsidRPr="00396B8F" w:rsidRDefault="00396B8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396B8F">
              <w:rPr>
                <w:rFonts w:cs="Times New Roman"/>
                <w:sz w:val="24"/>
                <w:szCs w:val="24"/>
                <w:lang w:val="ru-RU"/>
              </w:rPr>
              <w:t xml:space="preserve">Промежуточный анализ сопровождения за </w:t>
            </w:r>
            <w:r w:rsidRPr="00396B8F">
              <w:rPr>
                <w:rFonts w:cs="Times New Roman"/>
                <w:sz w:val="24"/>
                <w:szCs w:val="24"/>
              </w:rPr>
              <w:t>I</w:t>
            </w:r>
            <w:r w:rsidRPr="00396B8F">
              <w:rPr>
                <w:rFonts w:cs="Times New Roman"/>
                <w:sz w:val="24"/>
                <w:szCs w:val="24"/>
                <w:lang w:val="ru-RU"/>
              </w:rPr>
              <w:t xml:space="preserve"> полугодие; обсуждение динамики обучающихся и корректировка мер поддержки.</w:t>
            </w:r>
          </w:p>
        </w:tc>
        <w:tc>
          <w:tcPr>
            <w:tcW w:w="1587" w:type="dxa"/>
            <w:vAlign w:val="center"/>
          </w:tcPr>
          <w:p w:rsidR="00D7431A" w:rsidRPr="00396B8F" w:rsidRDefault="00396B8F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396B8F">
              <w:rPr>
                <w:rFonts w:cs="Times New Roman"/>
                <w:sz w:val="24"/>
                <w:szCs w:val="24"/>
              </w:rPr>
              <w:t>Январь</w:t>
            </w:r>
            <w:proofErr w:type="spellEnd"/>
          </w:p>
        </w:tc>
        <w:tc>
          <w:tcPr>
            <w:tcW w:w="2835" w:type="dxa"/>
            <w:vAlign w:val="center"/>
          </w:tcPr>
          <w:p w:rsidR="00D7431A" w:rsidRPr="00396B8F" w:rsidRDefault="00396B8F" w:rsidP="00144CDA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396B8F">
              <w:rPr>
                <w:rFonts w:cs="Times New Roman"/>
                <w:sz w:val="24"/>
                <w:szCs w:val="24"/>
                <w:lang w:val="ru-RU"/>
              </w:rPr>
              <w:t xml:space="preserve">Зам. директора по ВР, педагог-психолог, социальный педагог, </w:t>
            </w:r>
            <w:bookmarkStart w:id="0" w:name="_GoBack"/>
            <w:bookmarkEnd w:id="0"/>
            <w:r w:rsidRPr="00396B8F">
              <w:rPr>
                <w:rFonts w:cs="Times New Roman"/>
                <w:sz w:val="24"/>
                <w:szCs w:val="24"/>
                <w:lang w:val="ru-RU"/>
              </w:rPr>
              <w:t>учителя-предметники по необходимости</w:t>
            </w:r>
          </w:p>
        </w:tc>
        <w:tc>
          <w:tcPr>
            <w:tcW w:w="2268" w:type="dxa"/>
            <w:vAlign w:val="center"/>
          </w:tcPr>
          <w:p w:rsidR="00D7431A" w:rsidRPr="00396B8F" w:rsidRDefault="00396B8F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396B8F">
              <w:rPr>
                <w:rFonts w:cs="Times New Roman"/>
                <w:sz w:val="24"/>
                <w:szCs w:val="24"/>
              </w:rPr>
              <w:t>Протокол</w:t>
            </w:r>
            <w:proofErr w:type="spellEnd"/>
            <w:r w:rsidRPr="00396B8F">
              <w:rPr>
                <w:rFonts w:cs="Times New Roman"/>
                <w:sz w:val="24"/>
                <w:szCs w:val="24"/>
              </w:rPr>
              <w:t xml:space="preserve">, </w:t>
            </w:r>
            <w:proofErr w:type="spellStart"/>
            <w:r w:rsidRPr="00396B8F">
              <w:rPr>
                <w:rFonts w:cs="Times New Roman"/>
                <w:sz w:val="24"/>
                <w:szCs w:val="24"/>
              </w:rPr>
              <w:t>корректировка</w:t>
            </w:r>
            <w:proofErr w:type="spellEnd"/>
            <w:r w:rsidRPr="00396B8F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396B8F">
              <w:rPr>
                <w:rFonts w:cs="Times New Roman"/>
                <w:sz w:val="24"/>
                <w:szCs w:val="24"/>
              </w:rPr>
              <w:t>рекомендаций</w:t>
            </w:r>
            <w:proofErr w:type="spellEnd"/>
          </w:p>
        </w:tc>
      </w:tr>
      <w:tr w:rsidR="00D7431A" w:rsidRPr="00396B8F" w:rsidTr="00CE77AE">
        <w:trPr>
          <w:jc w:val="center"/>
        </w:trPr>
        <w:tc>
          <w:tcPr>
            <w:tcW w:w="454" w:type="dxa"/>
            <w:vAlign w:val="center"/>
          </w:tcPr>
          <w:p w:rsidR="00D7431A" w:rsidRPr="00396B8F" w:rsidRDefault="00396B8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396B8F">
              <w:rPr>
                <w:rFonts w:cs="Times New Roman"/>
                <w:sz w:val="24"/>
                <w:szCs w:val="24"/>
              </w:rPr>
              <w:t>15</w:t>
            </w:r>
          </w:p>
        </w:tc>
        <w:tc>
          <w:tcPr>
            <w:tcW w:w="2086" w:type="dxa"/>
            <w:vAlign w:val="center"/>
          </w:tcPr>
          <w:p w:rsidR="00D7431A" w:rsidRPr="00396B8F" w:rsidRDefault="00396B8F">
            <w:pPr>
              <w:rPr>
                <w:rFonts w:cs="Times New Roman"/>
                <w:sz w:val="24"/>
                <w:szCs w:val="24"/>
              </w:rPr>
            </w:pPr>
            <w:r w:rsidRPr="00396B8F">
              <w:rPr>
                <w:rFonts w:cs="Times New Roman"/>
                <w:sz w:val="24"/>
                <w:szCs w:val="24"/>
              </w:rPr>
              <w:t>Индивидуальное сопровождение</w:t>
            </w:r>
          </w:p>
        </w:tc>
        <w:tc>
          <w:tcPr>
            <w:tcW w:w="5783" w:type="dxa"/>
            <w:vAlign w:val="center"/>
          </w:tcPr>
          <w:p w:rsidR="00D7431A" w:rsidRPr="00396B8F" w:rsidRDefault="00396B8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396B8F">
              <w:rPr>
                <w:rFonts w:cs="Times New Roman"/>
                <w:sz w:val="24"/>
                <w:szCs w:val="24"/>
                <w:lang w:val="ru-RU"/>
              </w:rPr>
              <w:t xml:space="preserve">Углубленное изучение устойчивых трудностей; коллегиальное рассмотрение с участием классного руководителя и учителей-предметников; при </w:t>
            </w:r>
            <w:r w:rsidRPr="00396B8F">
              <w:rPr>
                <w:rFonts w:cs="Times New Roman"/>
                <w:sz w:val="24"/>
                <w:szCs w:val="24"/>
                <w:lang w:val="ru-RU"/>
              </w:rPr>
              <w:lastRenderedPageBreak/>
              <w:t>необходимости разработка/реализация ИППС и взаимодействие с семьей.</w:t>
            </w:r>
          </w:p>
        </w:tc>
        <w:tc>
          <w:tcPr>
            <w:tcW w:w="1587" w:type="dxa"/>
            <w:vAlign w:val="center"/>
          </w:tcPr>
          <w:p w:rsidR="00D7431A" w:rsidRPr="00396B8F" w:rsidRDefault="00396B8F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396B8F">
              <w:rPr>
                <w:rFonts w:cs="Times New Roman"/>
                <w:sz w:val="24"/>
                <w:szCs w:val="24"/>
              </w:rPr>
              <w:lastRenderedPageBreak/>
              <w:t>По</w:t>
            </w:r>
            <w:proofErr w:type="spellEnd"/>
            <w:r w:rsidRPr="00396B8F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396B8F">
              <w:rPr>
                <w:rFonts w:cs="Times New Roman"/>
                <w:sz w:val="24"/>
                <w:szCs w:val="24"/>
              </w:rPr>
              <w:t>выявленной</w:t>
            </w:r>
            <w:proofErr w:type="spellEnd"/>
            <w:r w:rsidRPr="00396B8F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396B8F">
              <w:rPr>
                <w:rFonts w:cs="Times New Roman"/>
                <w:sz w:val="24"/>
                <w:szCs w:val="24"/>
              </w:rPr>
              <w:t>необходимости</w:t>
            </w:r>
            <w:proofErr w:type="spellEnd"/>
          </w:p>
        </w:tc>
        <w:tc>
          <w:tcPr>
            <w:tcW w:w="2835" w:type="dxa"/>
            <w:vAlign w:val="center"/>
          </w:tcPr>
          <w:p w:rsidR="00D7431A" w:rsidRPr="00396B8F" w:rsidRDefault="00396B8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396B8F">
              <w:rPr>
                <w:rFonts w:cs="Times New Roman"/>
                <w:sz w:val="24"/>
                <w:szCs w:val="24"/>
                <w:lang w:val="ru-RU"/>
              </w:rPr>
              <w:t>СППС, классный руководитель, учителя-предметники</w:t>
            </w:r>
          </w:p>
        </w:tc>
        <w:tc>
          <w:tcPr>
            <w:tcW w:w="2268" w:type="dxa"/>
            <w:vAlign w:val="center"/>
          </w:tcPr>
          <w:p w:rsidR="00D7431A" w:rsidRPr="00396B8F" w:rsidRDefault="00396B8F">
            <w:pPr>
              <w:rPr>
                <w:rFonts w:cs="Times New Roman"/>
                <w:sz w:val="24"/>
                <w:szCs w:val="24"/>
              </w:rPr>
            </w:pPr>
            <w:r w:rsidRPr="00396B8F">
              <w:rPr>
                <w:rFonts w:cs="Times New Roman"/>
                <w:sz w:val="24"/>
                <w:szCs w:val="24"/>
              </w:rPr>
              <w:t>ИППС/</w:t>
            </w:r>
            <w:proofErr w:type="spellStart"/>
            <w:r w:rsidRPr="00396B8F">
              <w:rPr>
                <w:rFonts w:cs="Times New Roman"/>
                <w:sz w:val="24"/>
                <w:szCs w:val="24"/>
              </w:rPr>
              <w:t>рекомендации</w:t>
            </w:r>
            <w:proofErr w:type="spellEnd"/>
            <w:r w:rsidRPr="00396B8F">
              <w:rPr>
                <w:rFonts w:cs="Times New Roman"/>
                <w:sz w:val="24"/>
                <w:szCs w:val="24"/>
              </w:rPr>
              <w:t xml:space="preserve">, </w:t>
            </w:r>
            <w:proofErr w:type="spellStart"/>
            <w:r w:rsidRPr="00396B8F">
              <w:rPr>
                <w:rFonts w:cs="Times New Roman"/>
                <w:sz w:val="24"/>
                <w:szCs w:val="24"/>
              </w:rPr>
              <w:t>мониторинг</w:t>
            </w:r>
            <w:proofErr w:type="spellEnd"/>
            <w:r w:rsidRPr="00396B8F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396B8F">
              <w:rPr>
                <w:rFonts w:cs="Times New Roman"/>
                <w:sz w:val="24"/>
                <w:szCs w:val="24"/>
              </w:rPr>
              <w:t>динамики</w:t>
            </w:r>
            <w:proofErr w:type="spellEnd"/>
          </w:p>
        </w:tc>
      </w:tr>
      <w:tr w:rsidR="00D7431A" w:rsidRPr="00396B8F" w:rsidTr="00CE77AE">
        <w:trPr>
          <w:jc w:val="center"/>
        </w:trPr>
        <w:tc>
          <w:tcPr>
            <w:tcW w:w="454" w:type="dxa"/>
            <w:vAlign w:val="center"/>
          </w:tcPr>
          <w:p w:rsidR="00D7431A" w:rsidRPr="00396B8F" w:rsidRDefault="00396B8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396B8F">
              <w:rPr>
                <w:rFonts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2086" w:type="dxa"/>
            <w:vAlign w:val="center"/>
          </w:tcPr>
          <w:p w:rsidR="00D7431A" w:rsidRPr="00396B8F" w:rsidRDefault="00396B8F">
            <w:pPr>
              <w:rPr>
                <w:rFonts w:cs="Times New Roman"/>
                <w:sz w:val="24"/>
                <w:szCs w:val="24"/>
              </w:rPr>
            </w:pPr>
            <w:r w:rsidRPr="00396B8F">
              <w:rPr>
                <w:rFonts w:cs="Times New Roman"/>
                <w:sz w:val="24"/>
                <w:szCs w:val="24"/>
              </w:rPr>
              <w:t>Заседание СППС</w:t>
            </w:r>
          </w:p>
        </w:tc>
        <w:tc>
          <w:tcPr>
            <w:tcW w:w="5783" w:type="dxa"/>
            <w:vAlign w:val="center"/>
          </w:tcPr>
          <w:p w:rsidR="00D7431A" w:rsidRPr="00396B8F" w:rsidRDefault="00396B8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396B8F">
              <w:rPr>
                <w:rFonts w:cs="Times New Roman"/>
                <w:sz w:val="24"/>
                <w:szCs w:val="24"/>
                <w:lang w:val="ru-RU"/>
              </w:rPr>
              <w:t xml:space="preserve">Анализ </w:t>
            </w:r>
            <w:r w:rsidRPr="00396B8F">
              <w:rPr>
                <w:rFonts w:cs="Times New Roman"/>
                <w:sz w:val="24"/>
                <w:szCs w:val="24"/>
              </w:rPr>
              <w:t>III</w:t>
            </w:r>
            <w:r w:rsidRPr="00396B8F">
              <w:rPr>
                <w:rFonts w:cs="Times New Roman"/>
                <w:sz w:val="24"/>
                <w:szCs w:val="24"/>
                <w:lang w:val="ru-RU"/>
              </w:rPr>
              <w:t xml:space="preserve"> четверти: результаты психологической, социальной и педагогической поддержки; рассмотрение отдельных случаев.</w:t>
            </w:r>
          </w:p>
        </w:tc>
        <w:tc>
          <w:tcPr>
            <w:tcW w:w="1587" w:type="dxa"/>
            <w:vAlign w:val="center"/>
          </w:tcPr>
          <w:p w:rsidR="00D7431A" w:rsidRPr="00396B8F" w:rsidRDefault="00396B8F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396B8F">
              <w:rPr>
                <w:rFonts w:cs="Times New Roman"/>
                <w:sz w:val="24"/>
                <w:szCs w:val="24"/>
              </w:rPr>
              <w:t>Март</w:t>
            </w:r>
            <w:proofErr w:type="spellEnd"/>
          </w:p>
        </w:tc>
        <w:tc>
          <w:tcPr>
            <w:tcW w:w="2835" w:type="dxa"/>
            <w:vAlign w:val="center"/>
          </w:tcPr>
          <w:p w:rsidR="00D7431A" w:rsidRPr="00396B8F" w:rsidRDefault="00396B8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396B8F">
              <w:rPr>
                <w:rFonts w:cs="Times New Roman"/>
                <w:sz w:val="24"/>
                <w:szCs w:val="24"/>
                <w:lang w:val="ru-RU"/>
              </w:rPr>
              <w:t>Члены СППС, учителя-предметники по необходимости</w:t>
            </w:r>
          </w:p>
        </w:tc>
        <w:tc>
          <w:tcPr>
            <w:tcW w:w="2268" w:type="dxa"/>
            <w:vAlign w:val="center"/>
          </w:tcPr>
          <w:p w:rsidR="00D7431A" w:rsidRPr="00396B8F" w:rsidRDefault="00396B8F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396B8F">
              <w:rPr>
                <w:rFonts w:cs="Times New Roman"/>
                <w:sz w:val="24"/>
                <w:szCs w:val="24"/>
              </w:rPr>
              <w:t>Протокол</w:t>
            </w:r>
            <w:proofErr w:type="spellEnd"/>
          </w:p>
        </w:tc>
      </w:tr>
      <w:tr w:rsidR="00D7431A" w:rsidRPr="00396B8F" w:rsidTr="00CE77AE">
        <w:trPr>
          <w:jc w:val="center"/>
        </w:trPr>
        <w:tc>
          <w:tcPr>
            <w:tcW w:w="454" w:type="dxa"/>
            <w:vAlign w:val="center"/>
          </w:tcPr>
          <w:p w:rsidR="00D7431A" w:rsidRPr="00396B8F" w:rsidRDefault="00396B8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396B8F">
              <w:rPr>
                <w:rFonts w:cs="Times New Roman"/>
                <w:sz w:val="24"/>
                <w:szCs w:val="24"/>
              </w:rPr>
              <w:t>17</w:t>
            </w:r>
          </w:p>
        </w:tc>
        <w:tc>
          <w:tcPr>
            <w:tcW w:w="2086" w:type="dxa"/>
            <w:vAlign w:val="center"/>
          </w:tcPr>
          <w:p w:rsidR="00D7431A" w:rsidRPr="00396B8F" w:rsidRDefault="00396B8F">
            <w:pPr>
              <w:rPr>
                <w:rFonts w:cs="Times New Roman"/>
                <w:sz w:val="24"/>
                <w:szCs w:val="24"/>
              </w:rPr>
            </w:pPr>
            <w:r w:rsidRPr="00396B8F">
              <w:rPr>
                <w:rFonts w:cs="Times New Roman"/>
                <w:sz w:val="24"/>
                <w:szCs w:val="24"/>
              </w:rPr>
              <w:t>Профилактическое / социальное</w:t>
            </w:r>
          </w:p>
        </w:tc>
        <w:tc>
          <w:tcPr>
            <w:tcW w:w="5783" w:type="dxa"/>
            <w:vAlign w:val="center"/>
          </w:tcPr>
          <w:p w:rsidR="00D7431A" w:rsidRPr="00396B8F" w:rsidRDefault="00396B8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396B8F">
              <w:rPr>
                <w:rFonts w:cs="Times New Roman"/>
                <w:sz w:val="24"/>
                <w:szCs w:val="24"/>
                <w:lang w:val="ru-RU"/>
              </w:rPr>
              <w:t>Индивидуальная работа с несовершеннолетними группы внимания: профилактические беседы, контроль посещаемости, взаимодействие с законными представителями и заинтересованными службами в пределах компетенции.</w:t>
            </w:r>
          </w:p>
        </w:tc>
        <w:tc>
          <w:tcPr>
            <w:tcW w:w="1587" w:type="dxa"/>
            <w:vAlign w:val="center"/>
          </w:tcPr>
          <w:p w:rsidR="00D7431A" w:rsidRPr="00396B8F" w:rsidRDefault="00396B8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396B8F">
              <w:rPr>
                <w:rFonts w:cs="Times New Roman"/>
                <w:sz w:val="24"/>
                <w:szCs w:val="24"/>
              </w:rPr>
              <w:t xml:space="preserve">В </w:t>
            </w:r>
            <w:proofErr w:type="spellStart"/>
            <w:r w:rsidRPr="00396B8F">
              <w:rPr>
                <w:rFonts w:cs="Times New Roman"/>
                <w:sz w:val="24"/>
                <w:szCs w:val="24"/>
              </w:rPr>
              <w:t>течение</w:t>
            </w:r>
            <w:proofErr w:type="spellEnd"/>
            <w:r w:rsidRPr="00396B8F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396B8F">
              <w:rPr>
                <w:rFonts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835" w:type="dxa"/>
            <w:vAlign w:val="center"/>
          </w:tcPr>
          <w:p w:rsidR="00D7431A" w:rsidRPr="00396B8F" w:rsidRDefault="00396B8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396B8F">
              <w:rPr>
                <w:rFonts w:cs="Times New Roman"/>
                <w:sz w:val="24"/>
                <w:szCs w:val="24"/>
                <w:lang w:val="ru-RU"/>
              </w:rPr>
              <w:t>Зам. директора по ВР, социальный педагог, педагог-психолог</w:t>
            </w:r>
          </w:p>
        </w:tc>
        <w:tc>
          <w:tcPr>
            <w:tcW w:w="2268" w:type="dxa"/>
            <w:vAlign w:val="center"/>
          </w:tcPr>
          <w:p w:rsidR="00D7431A" w:rsidRPr="00396B8F" w:rsidRDefault="00396B8F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396B8F">
              <w:rPr>
                <w:rFonts w:cs="Times New Roman"/>
                <w:sz w:val="24"/>
                <w:szCs w:val="24"/>
              </w:rPr>
              <w:t>Записи</w:t>
            </w:r>
            <w:proofErr w:type="spellEnd"/>
            <w:r w:rsidRPr="00396B8F">
              <w:rPr>
                <w:rFonts w:cs="Times New Roman"/>
                <w:sz w:val="24"/>
                <w:szCs w:val="24"/>
              </w:rPr>
              <w:t xml:space="preserve"> о </w:t>
            </w:r>
            <w:proofErr w:type="spellStart"/>
            <w:r w:rsidRPr="00396B8F">
              <w:rPr>
                <w:rFonts w:cs="Times New Roman"/>
                <w:sz w:val="24"/>
                <w:szCs w:val="24"/>
              </w:rPr>
              <w:t>работе</w:t>
            </w:r>
            <w:proofErr w:type="spellEnd"/>
            <w:r w:rsidRPr="00396B8F">
              <w:rPr>
                <w:rFonts w:cs="Times New Roman"/>
                <w:sz w:val="24"/>
                <w:szCs w:val="24"/>
              </w:rPr>
              <w:t xml:space="preserve">, </w:t>
            </w:r>
            <w:proofErr w:type="spellStart"/>
            <w:r w:rsidRPr="00396B8F">
              <w:rPr>
                <w:rFonts w:cs="Times New Roman"/>
                <w:sz w:val="24"/>
                <w:szCs w:val="24"/>
              </w:rPr>
              <w:t>рекомендации</w:t>
            </w:r>
            <w:proofErr w:type="spellEnd"/>
          </w:p>
        </w:tc>
      </w:tr>
      <w:tr w:rsidR="00D7431A" w:rsidRPr="00396B8F" w:rsidTr="00CE77AE">
        <w:trPr>
          <w:jc w:val="center"/>
        </w:trPr>
        <w:tc>
          <w:tcPr>
            <w:tcW w:w="454" w:type="dxa"/>
            <w:vAlign w:val="center"/>
          </w:tcPr>
          <w:p w:rsidR="00D7431A" w:rsidRPr="00396B8F" w:rsidRDefault="00396B8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396B8F">
              <w:rPr>
                <w:rFonts w:cs="Times New Roman"/>
                <w:sz w:val="24"/>
                <w:szCs w:val="24"/>
              </w:rPr>
              <w:t>18</w:t>
            </w:r>
          </w:p>
        </w:tc>
        <w:tc>
          <w:tcPr>
            <w:tcW w:w="2086" w:type="dxa"/>
            <w:vAlign w:val="center"/>
          </w:tcPr>
          <w:p w:rsidR="00D7431A" w:rsidRPr="00396B8F" w:rsidRDefault="00396B8F">
            <w:pPr>
              <w:rPr>
                <w:rFonts w:cs="Times New Roman"/>
                <w:sz w:val="24"/>
                <w:szCs w:val="24"/>
              </w:rPr>
            </w:pPr>
            <w:r w:rsidRPr="00396B8F">
              <w:rPr>
                <w:rFonts w:cs="Times New Roman"/>
                <w:sz w:val="24"/>
                <w:szCs w:val="24"/>
              </w:rPr>
              <w:t>Методическое</w:t>
            </w:r>
          </w:p>
        </w:tc>
        <w:tc>
          <w:tcPr>
            <w:tcW w:w="5783" w:type="dxa"/>
            <w:vAlign w:val="center"/>
          </w:tcPr>
          <w:p w:rsidR="00D7431A" w:rsidRPr="00396B8F" w:rsidRDefault="00396B8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396B8F">
              <w:rPr>
                <w:rFonts w:cs="Times New Roman"/>
                <w:sz w:val="24"/>
                <w:szCs w:val="24"/>
                <w:lang w:val="ru-RU"/>
              </w:rPr>
              <w:t>Совместный разбор педагогических ситуаций и консультирование предметников по индивидуальному подходу к обучающимся заочной формы.</w:t>
            </w:r>
          </w:p>
        </w:tc>
        <w:tc>
          <w:tcPr>
            <w:tcW w:w="1587" w:type="dxa"/>
            <w:vAlign w:val="center"/>
          </w:tcPr>
          <w:p w:rsidR="00D7431A" w:rsidRPr="00396B8F" w:rsidRDefault="00396B8F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396B8F">
              <w:rPr>
                <w:rFonts w:cs="Times New Roman"/>
                <w:sz w:val="24"/>
                <w:szCs w:val="24"/>
              </w:rPr>
              <w:t>Февраль</w:t>
            </w:r>
            <w:proofErr w:type="spellEnd"/>
            <w:r w:rsidRPr="00396B8F">
              <w:rPr>
                <w:rFonts w:cs="Times New Roman"/>
                <w:sz w:val="24"/>
                <w:szCs w:val="24"/>
              </w:rPr>
              <w:t>–</w:t>
            </w:r>
            <w:proofErr w:type="spellStart"/>
            <w:r w:rsidRPr="00396B8F">
              <w:rPr>
                <w:rFonts w:cs="Times New Roman"/>
                <w:sz w:val="24"/>
                <w:szCs w:val="24"/>
              </w:rPr>
              <w:t>апрель</w:t>
            </w:r>
            <w:proofErr w:type="spellEnd"/>
          </w:p>
        </w:tc>
        <w:tc>
          <w:tcPr>
            <w:tcW w:w="2835" w:type="dxa"/>
            <w:vAlign w:val="center"/>
          </w:tcPr>
          <w:p w:rsidR="00D7431A" w:rsidRPr="00396B8F" w:rsidRDefault="00396B8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396B8F">
              <w:rPr>
                <w:rFonts w:cs="Times New Roman"/>
                <w:sz w:val="24"/>
                <w:szCs w:val="24"/>
                <w:lang w:val="ru-RU"/>
              </w:rPr>
              <w:t>Зам. директора по ВР, педагог-психолог, учителя-предметники</w:t>
            </w:r>
          </w:p>
        </w:tc>
        <w:tc>
          <w:tcPr>
            <w:tcW w:w="2268" w:type="dxa"/>
            <w:vAlign w:val="center"/>
          </w:tcPr>
          <w:p w:rsidR="00D7431A" w:rsidRPr="00396B8F" w:rsidRDefault="00396B8F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396B8F">
              <w:rPr>
                <w:rFonts w:cs="Times New Roman"/>
                <w:sz w:val="24"/>
                <w:szCs w:val="24"/>
              </w:rPr>
              <w:t>Методические</w:t>
            </w:r>
            <w:proofErr w:type="spellEnd"/>
            <w:r w:rsidRPr="00396B8F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396B8F">
              <w:rPr>
                <w:rFonts w:cs="Times New Roman"/>
                <w:sz w:val="24"/>
                <w:szCs w:val="24"/>
              </w:rPr>
              <w:t>рекомендации</w:t>
            </w:r>
            <w:proofErr w:type="spellEnd"/>
          </w:p>
        </w:tc>
      </w:tr>
      <w:tr w:rsidR="00D7431A" w:rsidRPr="00396B8F" w:rsidTr="00CE77AE">
        <w:trPr>
          <w:jc w:val="center"/>
        </w:trPr>
        <w:tc>
          <w:tcPr>
            <w:tcW w:w="454" w:type="dxa"/>
            <w:vAlign w:val="center"/>
          </w:tcPr>
          <w:p w:rsidR="00D7431A" w:rsidRPr="00396B8F" w:rsidRDefault="00396B8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396B8F">
              <w:rPr>
                <w:rFonts w:cs="Times New Roman"/>
                <w:sz w:val="24"/>
                <w:szCs w:val="24"/>
              </w:rPr>
              <w:t>19</w:t>
            </w:r>
          </w:p>
        </w:tc>
        <w:tc>
          <w:tcPr>
            <w:tcW w:w="2086" w:type="dxa"/>
            <w:vAlign w:val="center"/>
          </w:tcPr>
          <w:p w:rsidR="00D7431A" w:rsidRPr="00396B8F" w:rsidRDefault="00396B8F">
            <w:pPr>
              <w:rPr>
                <w:rFonts w:cs="Times New Roman"/>
                <w:sz w:val="24"/>
                <w:szCs w:val="24"/>
              </w:rPr>
            </w:pPr>
            <w:r w:rsidRPr="00396B8F">
              <w:rPr>
                <w:rFonts w:cs="Times New Roman"/>
                <w:sz w:val="24"/>
                <w:szCs w:val="24"/>
              </w:rPr>
              <w:t>Заседание СППС</w:t>
            </w:r>
          </w:p>
        </w:tc>
        <w:tc>
          <w:tcPr>
            <w:tcW w:w="5783" w:type="dxa"/>
            <w:vAlign w:val="center"/>
          </w:tcPr>
          <w:p w:rsidR="00D7431A" w:rsidRPr="00396B8F" w:rsidRDefault="00396B8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396B8F">
              <w:rPr>
                <w:rFonts w:cs="Times New Roman"/>
                <w:sz w:val="24"/>
                <w:szCs w:val="24"/>
                <w:lang w:val="ru-RU"/>
              </w:rPr>
              <w:t>Итоговое заседание: анализ эффективности работы за год, динамика обучающихся, результаты сопровождения, предложения на следующий учебный год.</w:t>
            </w:r>
          </w:p>
        </w:tc>
        <w:tc>
          <w:tcPr>
            <w:tcW w:w="1587" w:type="dxa"/>
            <w:vAlign w:val="center"/>
          </w:tcPr>
          <w:p w:rsidR="00D7431A" w:rsidRPr="00396B8F" w:rsidRDefault="00396B8F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396B8F">
              <w:rPr>
                <w:rFonts w:cs="Times New Roman"/>
                <w:sz w:val="24"/>
                <w:szCs w:val="24"/>
              </w:rPr>
              <w:t>Май</w:t>
            </w:r>
            <w:proofErr w:type="spellEnd"/>
          </w:p>
        </w:tc>
        <w:tc>
          <w:tcPr>
            <w:tcW w:w="2835" w:type="dxa"/>
            <w:vAlign w:val="center"/>
          </w:tcPr>
          <w:p w:rsidR="00D7431A" w:rsidRPr="00396B8F" w:rsidRDefault="00396B8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396B8F">
              <w:rPr>
                <w:rFonts w:cs="Times New Roman"/>
                <w:sz w:val="24"/>
                <w:szCs w:val="24"/>
                <w:lang w:val="ru-RU"/>
              </w:rPr>
              <w:t>Члены СППС, классные руководители, учителя-предметники по необходимости</w:t>
            </w:r>
          </w:p>
        </w:tc>
        <w:tc>
          <w:tcPr>
            <w:tcW w:w="2268" w:type="dxa"/>
            <w:vAlign w:val="center"/>
          </w:tcPr>
          <w:p w:rsidR="00D7431A" w:rsidRPr="00396B8F" w:rsidRDefault="00396B8F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396B8F">
              <w:rPr>
                <w:rFonts w:cs="Times New Roman"/>
                <w:sz w:val="24"/>
                <w:szCs w:val="24"/>
              </w:rPr>
              <w:t>Протокол</w:t>
            </w:r>
            <w:proofErr w:type="spellEnd"/>
            <w:r w:rsidRPr="00396B8F">
              <w:rPr>
                <w:rFonts w:cs="Times New Roman"/>
                <w:sz w:val="24"/>
                <w:szCs w:val="24"/>
              </w:rPr>
              <w:t xml:space="preserve">, </w:t>
            </w:r>
            <w:proofErr w:type="spellStart"/>
            <w:r w:rsidRPr="00396B8F">
              <w:rPr>
                <w:rFonts w:cs="Times New Roman"/>
                <w:sz w:val="24"/>
                <w:szCs w:val="24"/>
              </w:rPr>
              <w:t>аналитическая</w:t>
            </w:r>
            <w:proofErr w:type="spellEnd"/>
            <w:r w:rsidRPr="00396B8F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396B8F">
              <w:rPr>
                <w:rFonts w:cs="Times New Roman"/>
                <w:sz w:val="24"/>
                <w:szCs w:val="24"/>
              </w:rPr>
              <w:t>справка</w:t>
            </w:r>
            <w:proofErr w:type="spellEnd"/>
          </w:p>
        </w:tc>
      </w:tr>
      <w:tr w:rsidR="00D7431A" w:rsidRPr="00396B8F" w:rsidTr="00CE77AE">
        <w:trPr>
          <w:jc w:val="center"/>
        </w:trPr>
        <w:tc>
          <w:tcPr>
            <w:tcW w:w="454" w:type="dxa"/>
            <w:vAlign w:val="center"/>
          </w:tcPr>
          <w:p w:rsidR="00D7431A" w:rsidRPr="00396B8F" w:rsidRDefault="00396B8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396B8F">
              <w:rPr>
                <w:rFonts w:cs="Times New Roman"/>
                <w:sz w:val="24"/>
                <w:szCs w:val="24"/>
              </w:rPr>
              <w:t>20</w:t>
            </w:r>
          </w:p>
        </w:tc>
        <w:tc>
          <w:tcPr>
            <w:tcW w:w="2086" w:type="dxa"/>
            <w:vAlign w:val="center"/>
          </w:tcPr>
          <w:p w:rsidR="00D7431A" w:rsidRPr="00396B8F" w:rsidRDefault="00396B8F">
            <w:pPr>
              <w:rPr>
                <w:rFonts w:cs="Times New Roman"/>
                <w:sz w:val="24"/>
                <w:szCs w:val="24"/>
              </w:rPr>
            </w:pPr>
            <w:r w:rsidRPr="00396B8F">
              <w:rPr>
                <w:rFonts w:cs="Times New Roman"/>
                <w:sz w:val="24"/>
                <w:szCs w:val="24"/>
              </w:rPr>
              <w:t>Аналитическое</w:t>
            </w:r>
          </w:p>
        </w:tc>
        <w:tc>
          <w:tcPr>
            <w:tcW w:w="5783" w:type="dxa"/>
            <w:vAlign w:val="center"/>
          </w:tcPr>
          <w:p w:rsidR="00D7431A" w:rsidRPr="00396B8F" w:rsidRDefault="00396B8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396B8F">
              <w:rPr>
                <w:rFonts w:cs="Times New Roman"/>
                <w:sz w:val="24"/>
                <w:szCs w:val="24"/>
                <w:lang w:val="ru-RU"/>
              </w:rPr>
              <w:t>Подготовка итоговой информации о деятельности СППС и определение приоритетов работы на следующий учебный год.</w:t>
            </w:r>
          </w:p>
        </w:tc>
        <w:tc>
          <w:tcPr>
            <w:tcW w:w="1587" w:type="dxa"/>
            <w:vAlign w:val="center"/>
          </w:tcPr>
          <w:p w:rsidR="00D7431A" w:rsidRPr="00396B8F" w:rsidRDefault="00396B8F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396B8F">
              <w:rPr>
                <w:rFonts w:cs="Times New Roman"/>
                <w:sz w:val="24"/>
                <w:szCs w:val="24"/>
              </w:rPr>
              <w:t>Май</w:t>
            </w:r>
            <w:proofErr w:type="spellEnd"/>
            <w:r w:rsidRPr="00396B8F">
              <w:rPr>
                <w:rFonts w:cs="Times New Roman"/>
                <w:sz w:val="24"/>
                <w:szCs w:val="24"/>
              </w:rPr>
              <w:t>–</w:t>
            </w:r>
            <w:proofErr w:type="spellStart"/>
            <w:r w:rsidRPr="00396B8F">
              <w:rPr>
                <w:rFonts w:cs="Times New Roman"/>
                <w:sz w:val="24"/>
                <w:szCs w:val="24"/>
              </w:rPr>
              <w:t>июнь</w:t>
            </w:r>
            <w:proofErr w:type="spellEnd"/>
          </w:p>
        </w:tc>
        <w:tc>
          <w:tcPr>
            <w:tcW w:w="2835" w:type="dxa"/>
            <w:vAlign w:val="center"/>
          </w:tcPr>
          <w:p w:rsidR="00D7431A" w:rsidRPr="00396B8F" w:rsidRDefault="00396B8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396B8F">
              <w:rPr>
                <w:rFonts w:cs="Times New Roman"/>
                <w:sz w:val="24"/>
                <w:szCs w:val="24"/>
                <w:lang w:val="ru-RU"/>
              </w:rPr>
              <w:t>Зам. директора по ВР, педагог-психолог, социальный педагог</w:t>
            </w:r>
          </w:p>
        </w:tc>
        <w:tc>
          <w:tcPr>
            <w:tcW w:w="2268" w:type="dxa"/>
            <w:vAlign w:val="center"/>
          </w:tcPr>
          <w:p w:rsidR="00D7431A" w:rsidRPr="00396B8F" w:rsidRDefault="00396B8F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396B8F">
              <w:rPr>
                <w:rFonts w:cs="Times New Roman"/>
                <w:sz w:val="24"/>
                <w:szCs w:val="24"/>
              </w:rPr>
              <w:t>Итоговый</w:t>
            </w:r>
            <w:proofErr w:type="spellEnd"/>
            <w:r w:rsidRPr="00396B8F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396B8F">
              <w:rPr>
                <w:rFonts w:cs="Times New Roman"/>
                <w:sz w:val="24"/>
                <w:szCs w:val="24"/>
              </w:rPr>
              <w:t>анализ</w:t>
            </w:r>
            <w:proofErr w:type="spellEnd"/>
          </w:p>
        </w:tc>
      </w:tr>
    </w:tbl>
    <w:p w:rsidR="00D7431A" w:rsidRPr="00396B8F" w:rsidRDefault="00D7431A">
      <w:pPr>
        <w:rPr>
          <w:rFonts w:cs="Times New Roman"/>
          <w:sz w:val="24"/>
          <w:szCs w:val="24"/>
        </w:rPr>
      </w:pPr>
    </w:p>
    <w:p w:rsidR="00D7431A" w:rsidRPr="00396B8F" w:rsidRDefault="00396B8F">
      <w:pPr>
        <w:rPr>
          <w:rFonts w:cs="Times New Roman"/>
          <w:sz w:val="24"/>
          <w:szCs w:val="24"/>
          <w:lang w:val="ru-RU"/>
        </w:rPr>
      </w:pPr>
      <w:r w:rsidRPr="00396B8F">
        <w:rPr>
          <w:rFonts w:cs="Times New Roman"/>
          <w:b/>
          <w:sz w:val="24"/>
          <w:szCs w:val="24"/>
          <w:lang w:val="ru-RU"/>
        </w:rPr>
        <w:t xml:space="preserve">Примечание. </w:t>
      </w:r>
      <w:r w:rsidRPr="00396B8F">
        <w:rPr>
          <w:rFonts w:cs="Times New Roman"/>
          <w:sz w:val="24"/>
          <w:szCs w:val="24"/>
          <w:lang w:val="ru-RU"/>
        </w:rPr>
        <w:t>Плановые заседания СППС предусмотрены 4 раза в учебном году (сентябрь, ноябрь, январь, март) и итоговое заседание в мае. Внеплановые заседания проводятся по мере необходимости. Действующие Правила СППС не устанавливают обязательную периодичность «один раз в месяц», поэтому для малочисленного контингента вечерней школы такой формат позволяет не перегружать план и одновременно обеспечить коллегиальное сопровождение.</w:t>
      </w:r>
    </w:p>
    <w:p w:rsidR="00D7431A" w:rsidRPr="00396B8F" w:rsidRDefault="00396B8F">
      <w:pPr>
        <w:rPr>
          <w:rFonts w:cs="Times New Roman"/>
          <w:sz w:val="24"/>
          <w:szCs w:val="24"/>
          <w:lang w:val="ru-RU"/>
        </w:rPr>
      </w:pPr>
      <w:r w:rsidRPr="00396B8F">
        <w:rPr>
          <w:rFonts w:cs="Times New Roman"/>
          <w:b/>
          <w:sz w:val="24"/>
          <w:szCs w:val="24"/>
          <w:lang w:val="ru-RU"/>
        </w:rPr>
        <w:t xml:space="preserve">Нормативная основа: </w:t>
      </w:r>
      <w:r w:rsidRPr="00396B8F">
        <w:rPr>
          <w:rFonts w:cs="Times New Roman"/>
          <w:sz w:val="24"/>
          <w:szCs w:val="24"/>
          <w:lang w:val="ru-RU"/>
        </w:rPr>
        <w:t>приказ Министра просвещения Республики Казахстан от 29 апреля 2025 года № 92 «Об утверждении Правил деятельности службы психолого-педагогического сопровождения в организациях образования» (в действующей редакции).</w:t>
      </w:r>
    </w:p>
    <w:sectPr w:rsidR="00D7431A" w:rsidRPr="00396B8F" w:rsidSect="00034616">
      <w:pgSz w:w="16838" w:h="11906" w:orient="landscape"/>
      <w:pgMar w:top="737" w:right="794" w:bottom="737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44CDA"/>
    <w:rsid w:val="0015074B"/>
    <w:rsid w:val="00287043"/>
    <w:rsid w:val="0029639D"/>
    <w:rsid w:val="00326F90"/>
    <w:rsid w:val="00396B8F"/>
    <w:rsid w:val="006C65AE"/>
    <w:rsid w:val="009F5866"/>
    <w:rsid w:val="00AA1D8D"/>
    <w:rsid w:val="00B47730"/>
    <w:rsid w:val="00CB0664"/>
    <w:rsid w:val="00CE77AE"/>
    <w:rsid w:val="00D7431A"/>
    <w:rsid w:val="00F435C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A3F0854"/>
  <w14:defaultImageDpi w14:val="300"/>
  <w15:docId w15:val="{7B2C7970-AAD3-43B7-A72F-BC58A02A3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rPr>
      <w:rFonts w:ascii="Times New Roman" w:hAnsi="Times New Roman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Balloon Text"/>
    <w:basedOn w:val="a1"/>
    <w:link w:val="aff9"/>
    <w:uiPriority w:val="99"/>
    <w:semiHidden/>
    <w:unhideWhenUsed/>
    <w:rsid w:val="00144C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9">
    <w:name w:val="Текст выноски Знак"/>
    <w:basedOn w:val="a2"/>
    <w:link w:val="aff8"/>
    <w:uiPriority w:val="99"/>
    <w:semiHidden/>
    <w:rsid w:val="00144CD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158CC83-D95D-47C8-9C56-A3CF016093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993</Words>
  <Characters>5663</Characters>
  <Application>Microsoft Office Word</Application>
  <DocSecurity>0</DocSecurity>
  <Lines>47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6643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saler</cp:lastModifiedBy>
  <cp:revision>13</cp:revision>
  <cp:lastPrinted>2026-09-17T17:56:00Z</cp:lastPrinted>
  <dcterms:created xsi:type="dcterms:W3CDTF">2013-12-23T23:15:00Z</dcterms:created>
  <dcterms:modified xsi:type="dcterms:W3CDTF">2026-09-17T17:57:00Z</dcterms:modified>
  <cp:category/>
</cp:coreProperties>
</file>